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CF0F0" w14:textId="2BF7FF0E" w:rsidR="007D5FB4" w:rsidRDefault="00000000">
      <w:pPr>
        <w:spacing w:line="20" w:lineRule="exact"/>
      </w:pPr>
      <w:r>
        <w:pict w14:anchorId="0F2F273C">
          <v:shapetype id="_x0000_t202" coordsize="21600,21600" o:spt="202" path="m,l,21600r21600,l21600,xe">
            <v:stroke joinstyle="miter"/>
            <v:path gradientshapeok="t" o:connecttype="rect"/>
          </v:shapetype>
          <v:shape id="Text8" o:spid="_x0000_s1127" type="#_x0000_t202" style="position:absolute;margin-left:8.5pt;margin-top:119.05pt;width:201.95pt;height:31.8pt;z-index:251610112;mso-wrap-style:square;mso-position-horizontal-relative:page;mso-position-vertical-relative:page" filled="f" stroked="f">
            <v:textbox inset="0,0,0,0">
              <w:txbxContent>
                <w:p w14:paraId="26842AAB" w14:textId="3E93DD0E" w:rsidR="007D5FB4" w:rsidRDefault="00000000" w:rsidP="00BA6F8B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81" w:lineRule="exact"/>
                    <w:jc w:val="center"/>
                  </w:pPr>
                  <w:r>
                    <w:rPr>
                      <w:rFonts w:cs="Segoe UI"/>
                      <w:color w:val="D8F3F2"/>
                      <w:sz w:val="21"/>
                      <w:szCs w:val="21"/>
                    </w:rPr>
                    <w:t>If you can dream it,</w:t>
                  </w:r>
                  <w:r w:rsidR="00BA6F8B">
                    <w:t xml:space="preserve"> </w:t>
                  </w:r>
                  <w:r w:rsidR="00BA6F8B">
                    <w:rPr>
                      <w:rFonts w:cs="Segoe UI"/>
                      <w:color w:val="D8F3F2"/>
                      <w:sz w:val="21"/>
                      <w:szCs w:val="21"/>
                    </w:rPr>
                    <w:t>we</w:t>
                  </w:r>
                  <w:r>
                    <w:rPr>
                      <w:rFonts w:cs="Segoe UI"/>
                      <w:color w:val="D8F3F2"/>
                      <w:sz w:val="21"/>
                      <w:szCs w:val="21"/>
                    </w:rPr>
                    <w:t xml:space="preserve"> can build it!</w:t>
                  </w:r>
                </w:p>
              </w:txbxContent>
            </v:textbox>
            <w10:wrap anchorx="page" anchory="page"/>
          </v:shape>
        </w:pict>
      </w:r>
      <w:r>
        <w:pict w14:anchorId="1F00DC80">
          <v:rect id="PortraitOriginal" o:spid="_x0000_s1126" style="position:absolute;margin-left:0;margin-top:155pt;width:223.2pt;height:302pt;z-index:251611136;mso-wrap-style:square;mso-position-horizontal-relative:page;mso-position-vertical-relative:page" filled="f" stroked="f">
            <v:imagedata r:id="rId6" o:title="Louiery Sincioco portrait" cropleft="8550f" cropright="8550f"/>
            <w10:wrap anchorx="page" anchory="page"/>
          </v:rect>
        </w:pict>
      </w:r>
      <w:r>
        <w:pict w14:anchorId="7BB40392">
          <v:rect id="Shape0" o:spid="_x0000_s1135" style="position:absolute;margin-left:0;margin-top:0;width:11in;height:612pt;z-index:251601920;mso-wrap-style:square;mso-position-horizontal-relative:page;mso-position-vertical-relative:page" stroked="f">
            <w10:wrap anchorx="page" anchory="page"/>
          </v:rect>
        </w:pict>
      </w:r>
      <w:r>
        <w:pict w14:anchorId="43F9F6D1">
          <v:rect id="Shape1" o:spid="_x0000_s1134" style="position:absolute;margin-left:0;margin-top:0;width:223.2pt;height:612pt;z-index:251602944;mso-wrap-style:square;mso-position-horizontal-relative:page;mso-position-vertical-relative:page" fillcolor="#123e4b" stroked="f">
            <v:fill color2="#071d31" angle="135" type="gradient"/>
            <w10:wrap anchorx="page" anchory="page"/>
          </v:rect>
        </w:pict>
      </w:r>
      <w:r>
        <w:pict w14:anchorId="677E96A6">
          <v:rect id="Shape2" o:spid="_x0000_s1133" style="position:absolute;margin-left:223.2pt;margin-top:0;width:280.8pt;height:612pt;z-index:251603968;mso-wrap-style:square;mso-position-horizontal-relative:page;mso-position-vertical-relative:page" fillcolor="#f4f7f7" stroked="f">
            <w10:wrap anchorx="page" anchory="page"/>
          </v:rect>
        </w:pict>
      </w:r>
      <w:r>
        <w:pict w14:anchorId="7E665FA1">
          <v:rect id="Shape3" o:spid="_x0000_s1132" style="position:absolute;margin-left:7in;margin-top:0;width:4in;height:612pt;z-index:251604992;mso-wrap-style:square;mso-position-horizontal-relative:page;mso-position-vertical-relative:page" stroked="f">
            <w10:wrap anchorx="page" anchory="page"/>
          </v:rect>
        </w:pict>
      </w:r>
      <w:r>
        <w:pict w14:anchorId="386F90F6">
          <v:shape id="Path4" o:spid="_x0000_s1131" style="position:absolute;margin-left:0;margin-top:0;width:11in;height:612pt;z-index:251606016;mso-wrap-style:square;mso-position-horizontal-relative:page;mso-position-vertical-relative:page" coordsize="220000,170000" path="m,40000l62000,62000r,50000l,90000xe" fillcolor="#126675" stroked="f">
            <v:fill opacity="45875f"/>
            <w10:wrap anchorx="page" anchory="page"/>
          </v:shape>
        </w:pict>
      </w:r>
      <w:r>
        <w:pict w14:anchorId="2B18EF61">
          <v:shape id="Path5" o:spid="_x0000_s1130" style="position:absolute;margin-left:0;margin-top:0;width:11in;height:612pt;z-index:251607040;mso-wrap-style:square;mso-position-horizontal-relative:page;mso-position-vertical-relative:page" coordsize="220000,170000" path="m,52000l62000,74000e" fillcolor="black" strokecolor="#49d9d2" strokeweight="1.08pt">
            <v:fill opacity=".5"/>
            <v:stroke opacity=".5" endcap="round"/>
            <w10:wrap anchorx="page" anchory="page"/>
          </v:shape>
        </w:pict>
      </w:r>
      <w:r>
        <w:pict w14:anchorId="76A4370C">
          <v:shape id="Text6" o:spid="_x0000_s1129" type="#_x0000_t202" style="position:absolute;margin-left:17.3pt;margin-top:11.65pt;width:202.3pt;height:24.9pt;z-index:251608064;mso-wrap-style:square;mso-position-horizontal-relative:page;mso-position-vertical-relative:page" filled="f" stroked="f">
            <v:textbox style="mso-next-textbox:#Text6" inset="0,0,0,0">
              <w:txbxContent>
                <w:p w14:paraId="53F0841F" w14:textId="4AA2CD68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16" w:lineRule="exact"/>
                  </w:pPr>
                  <w:r>
                    <w:rPr>
                      <w:rFonts w:ascii="Segoe UI Semibold" w:hAnsi="Segoe UI Semibold" w:cs="Segoe UI Semibold"/>
                      <w:color w:val="57DFD4"/>
                      <w:sz w:val="17"/>
                      <w:szCs w:val="17"/>
                    </w:rPr>
                    <w:t>SOFTWARE ENGINEER /</w:t>
                  </w:r>
                  <w:r w:rsidR="00116CF2">
                    <w:t xml:space="preserve"> </w:t>
                  </w:r>
                  <w:r>
                    <w:rPr>
                      <w:rFonts w:ascii="Segoe UI Semibold" w:hAnsi="Segoe UI Semibold" w:cs="Segoe UI Semibold"/>
                      <w:color w:val="57DFD4"/>
                      <w:sz w:val="17"/>
                      <w:szCs w:val="17"/>
                    </w:rPr>
                    <w:t>AGENTIC AI ENGINEER</w:t>
                  </w:r>
                </w:p>
              </w:txbxContent>
            </v:textbox>
            <w10:wrap anchorx="page" anchory="page"/>
          </v:shape>
        </w:pict>
      </w:r>
      <w:r>
        <w:pict w14:anchorId="14E0CD42">
          <v:shape id="Text7" o:spid="_x0000_s1128" type="#_x0000_t202" style="position:absolute;margin-left:15.85pt;margin-top:33.95pt;width:203.75pt;height:75.4pt;z-index:251609088;mso-wrap-style:square;mso-position-horizontal-relative:page;mso-position-vertical-relative:page" filled="f" stroked="f">
            <v:textbox style="mso-next-textbox:#Text7" inset="0,0,0,0">
              <w:txbxContent>
                <w:p w14:paraId="7E60A050" w14:textId="77777777" w:rsidR="007D5FB4" w:rsidRDefault="00000000">
                  <w:pPr>
                    <w:pStyle w:val="Title"/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after="0" w:line="590" w:lineRule="exact"/>
                  </w:pPr>
                  <w:r>
                    <w:rPr>
                      <w:rFonts w:ascii="Segoe UI" w:hAnsi="Segoe UI" w:cs="Segoe UI"/>
                      <w:b/>
                      <w:color w:val="FFFFFF"/>
                      <w:sz w:val="54"/>
                      <w:szCs w:val="54"/>
                    </w:rPr>
                    <w:t>LOUIERY</w:t>
                  </w:r>
                </w:p>
                <w:p w14:paraId="5BF31625" w14:textId="77777777" w:rsidR="007D5FB4" w:rsidRDefault="00000000">
                  <w:pPr>
                    <w:pStyle w:val="Title"/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after="0" w:line="590" w:lineRule="exact"/>
                  </w:pPr>
                  <w:r>
                    <w:rPr>
                      <w:rFonts w:ascii="Segoe UI" w:hAnsi="Segoe UI" w:cs="Segoe UI"/>
                      <w:b/>
                      <w:color w:val="FFFFFF"/>
                      <w:sz w:val="54"/>
                      <w:szCs w:val="54"/>
                    </w:rPr>
                    <w:t>SINCIOCO</w:t>
                  </w:r>
                </w:p>
              </w:txbxContent>
            </v:textbox>
            <w10:wrap anchorx="page" anchory="page"/>
          </v:shape>
        </w:pict>
      </w:r>
      <w:r>
        <w:pict w14:anchorId="7F17DAB6">
          <v:shape id="PortraitMask" o:spid="_x0000_s1125" style="position:absolute;margin-left:0;margin-top:0;width:11in;height:612pt;z-index:251612160;mso-wrap-style:square;mso-position-horizontal-relative:page;mso-position-vertical-relative:page" coordsize="220000,170000" path="m,115000r62000,11800l62000,170000,,170000xe" fillcolor="#0c2b3b" stroked="f">
            <w10:wrap anchorx="page" anchory="page"/>
          </v:shape>
        </w:pict>
      </w:r>
      <w:r>
        <w:pict w14:anchorId="512E6B82">
          <v:shape id="Text11" o:spid="_x0000_s1124" type="#_x0000_t202" style="position:absolute;margin-left:17.65pt;margin-top:458.05pt;width:201.95pt;height:26.2pt;z-index:251613184;mso-wrap-style:square;mso-position-horizontal-relative:page;mso-position-vertical-relative:page" filled="f" stroked="f">
            <v:textbox inset="0,0,0,0">
              <w:txbxContent>
                <w:p w14:paraId="65F8D536" w14:textId="2B9F286F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30" w:lineRule="exact"/>
                  </w:pPr>
                  <w:r>
                    <w:rPr>
                      <w:rFonts w:ascii="Segoe UI Semibold" w:hAnsi="Segoe UI Semibold" w:cs="Segoe UI Semibold"/>
                      <w:color w:val="57DFD4"/>
                      <w:sz w:val="17"/>
                      <w:szCs w:val="17"/>
                    </w:rPr>
                    <w:t>Desktop / Web / Mobile /</w:t>
                  </w:r>
                  <w:r w:rsidR="00116CF2">
                    <w:t xml:space="preserve"> </w:t>
                  </w:r>
                  <w:r>
                    <w:rPr>
                      <w:rFonts w:ascii="Segoe UI Semibold" w:hAnsi="Segoe UI Semibold" w:cs="Segoe UI Semibold"/>
                      <w:color w:val="57DFD4"/>
                      <w:sz w:val="17"/>
                      <w:szCs w:val="17"/>
                    </w:rPr>
                    <w:t>Cloud / AI / Agentic AI</w:t>
                  </w:r>
                </w:p>
              </w:txbxContent>
            </v:textbox>
            <w10:wrap anchorx="page" anchory="page"/>
          </v:shape>
        </w:pict>
      </w:r>
      <w:r>
        <w:pict w14:anchorId="7CDF2992">
          <v:shape id="Text12" o:spid="_x0000_s1123" type="#_x0000_t202" style="position:absolute;margin-left:17.65pt;margin-top:482.05pt;width:201.95pt;height:46.55pt;z-index:251614208;mso-wrap-style:square;mso-position-horizontal-relative:page;mso-position-vertical-relative:page" filled="f" stroked="f">
            <v:textbox inset="0,0,0,0">
              <w:txbxContent>
                <w:p w14:paraId="40CC4565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88" w:lineRule="exact"/>
                  </w:pPr>
                  <w:r>
                    <w:rPr>
                      <w:rFonts w:cs="Segoe UI"/>
                      <w:color w:val="EEF8FA"/>
                      <w:sz w:val="21"/>
                      <w:szCs w:val="21"/>
                    </w:rPr>
                    <w:t>Hands-on .NET development,</w:t>
                  </w:r>
                </w:p>
                <w:p w14:paraId="778F1DB6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88" w:lineRule="exact"/>
                  </w:pPr>
                  <w:r>
                    <w:rPr>
                      <w:rFonts w:cs="Segoe UI"/>
                      <w:color w:val="EEF8FA"/>
                      <w:sz w:val="21"/>
                      <w:szCs w:val="21"/>
                    </w:rPr>
                    <w:t>cloud services and practical</w:t>
                  </w:r>
                </w:p>
                <w:p w14:paraId="4873D025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88" w:lineRule="exact"/>
                  </w:pPr>
                  <w:r>
                    <w:rPr>
                      <w:rFonts w:cs="Segoe UI"/>
                      <w:color w:val="EEF8FA"/>
                      <w:sz w:val="21"/>
                      <w:szCs w:val="21"/>
                    </w:rPr>
                    <w:t>AI / Agentic AI integration.</w:t>
                  </w:r>
                </w:p>
              </w:txbxContent>
            </v:textbox>
            <w10:wrap anchorx="page" anchory="page"/>
          </v:shape>
        </w:pict>
      </w:r>
      <w:r>
        <w:pict w14:anchorId="184AD3F5">
          <v:shape id="Text13" o:spid="_x0000_s1122" type="#_x0000_t202" style="position:absolute;margin-left:17.65pt;margin-top:540.35pt;width:201.95pt;height:17.15pt;z-index:251615232;mso-wrap-style:square;mso-position-horizontal-relative:page;mso-position-vertical-relative:page" filled="f" stroked="f">
            <v:textbox inset="0,0,0,0">
              <w:txbxContent>
                <w:p w14:paraId="3E0C2ACC" w14:textId="77777777" w:rsidR="007D5FB4" w:rsidRDefault="007D5FB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62" w:lineRule="exact"/>
                  </w:pPr>
                  <w:hyperlink r:id="rId7">
                    <w:r>
                      <w:rPr>
                        <w:rFonts w:ascii="Segoe UI Semibold" w:hAnsi="Segoe UI Semibold" w:cs="Segoe UI Semibold"/>
                        <w:color w:val="FFFFFF"/>
                        <w:szCs w:val="20"/>
                      </w:rPr>
                      <w:t>louiery@sincioco.com</w:t>
                    </w:r>
                  </w:hyperlink>
                </w:p>
              </w:txbxContent>
            </v:textbox>
            <w10:wrap anchorx="page" anchory="page"/>
          </v:shape>
        </w:pict>
      </w:r>
      <w:r>
        <w:pict w14:anchorId="09B212AF">
          <v:shape id="Text14" o:spid="_x0000_s1121" type="#_x0000_t202" style="position:absolute;margin-left:17.65pt;margin-top:556.55pt;width:201.95pt;height:17.15pt;z-index:251616256;mso-wrap-style:square;mso-position-horizontal-relative:page;mso-position-vertical-relative:page" filled="f" stroked="f">
            <v:textbox inset="0,0,0,0">
              <w:txbxContent>
                <w:p w14:paraId="720C701B" w14:textId="77777777" w:rsidR="007D5FB4" w:rsidRDefault="007D5FB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62" w:lineRule="exact"/>
                  </w:pPr>
                  <w:hyperlink r:id="rId8">
                    <w:r>
                      <w:rPr>
                        <w:rFonts w:cs="Segoe UI"/>
                        <w:color w:val="57DFD4"/>
                        <w:szCs w:val="20"/>
                      </w:rPr>
                      <w:t>https://sincioco.com</w:t>
                    </w:r>
                  </w:hyperlink>
                </w:p>
              </w:txbxContent>
            </v:textbox>
            <w10:wrap anchorx="page" anchory="page"/>
          </v:shape>
        </w:pict>
      </w:r>
      <w:r>
        <w:pict w14:anchorId="0F836B4A">
          <v:shape id="Text15" o:spid="_x0000_s1120" type="#_x0000_t202" style="position:absolute;margin-left:17.65pt;margin-top:573.55pt;width:201.95pt;height:15.9pt;z-index:251617280;mso-wrap-style:square;mso-position-horizontal-relative:page;mso-position-vertical-relative:page" filled="f" stroked="f">
            <v:textbox inset="0,0,0,0">
              <w:txbxContent>
                <w:p w14:paraId="3FDFAED7" w14:textId="083A99BB" w:rsidR="007D5FB4" w:rsidRDefault="007D5FB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43" w:lineRule="exact"/>
                  </w:pPr>
                  <w:hyperlink r:id="rId9">
                    <w:r>
                      <w:rPr>
                        <w:rFonts w:cs="Segoe UI"/>
                        <w:color w:val="D0E3E9"/>
                        <w:sz w:val="19"/>
                        <w:szCs w:val="19"/>
                      </w:rPr>
                      <w:t>(</w:t>
                    </w:r>
                    <w:r w:rsidR="00C73923">
                      <w:rPr>
                        <w:rFonts w:cs="Segoe UI"/>
                        <w:color w:val="D0E3E9"/>
                        <w:sz w:val="19"/>
                        <w:szCs w:val="19"/>
                      </w:rPr>
                      <w:t>650</w:t>
                    </w:r>
                    <w:r>
                      <w:rPr>
                        <w:rFonts w:cs="Segoe UI"/>
                        <w:color w:val="D0E3E9"/>
                        <w:sz w:val="19"/>
                        <w:szCs w:val="19"/>
                      </w:rPr>
                      <w:t xml:space="preserve">) </w:t>
                    </w:r>
                    <w:r w:rsidR="00C73923">
                      <w:rPr>
                        <w:rFonts w:cs="Segoe UI"/>
                        <w:color w:val="D0E3E9"/>
                        <w:sz w:val="19"/>
                        <w:szCs w:val="19"/>
                      </w:rPr>
                      <w:t>892</w:t>
                    </w:r>
                    <w:r>
                      <w:rPr>
                        <w:rFonts w:cs="Segoe UI"/>
                        <w:color w:val="D0E3E9"/>
                        <w:sz w:val="19"/>
                        <w:szCs w:val="19"/>
                      </w:rPr>
                      <w:t>-</w:t>
                    </w:r>
                    <w:r w:rsidR="00C73923">
                      <w:rPr>
                        <w:rFonts w:cs="Segoe UI"/>
                        <w:color w:val="D0E3E9"/>
                        <w:sz w:val="19"/>
                        <w:szCs w:val="19"/>
                      </w:rPr>
                      <w:t>2882</w:t>
                    </w:r>
                  </w:hyperlink>
                </w:p>
              </w:txbxContent>
            </v:textbox>
            <w10:wrap anchorx="page" anchory="page"/>
          </v:shape>
        </w:pict>
      </w:r>
      <w:r>
        <w:pict w14:anchorId="3FB7B3B3">
          <v:shape id="Text16" o:spid="_x0000_s1119" type="#_x0000_t202" style="position:absolute;margin-left:241.2pt;margin-top:17.4pt;width:255.6pt;height:14.1pt;z-index:251618304;mso-wrap-style:square;mso-position-horizontal-relative:page;mso-position-vertical-relative:page" filled="f" stroked="f">
            <v:textbox inset="0,0,0,0">
              <w:txbxContent>
                <w:p w14:paraId="47B2FA82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15" w:lineRule="exact"/>
                  </w:pPr>
                  <w:r>
                    <w:rPr>
                      <w:rFonts w:cs="Segoe UI"/>
                      <w:b/>
                      <w:color w:val="087B82"/>
                      <w:sz w:val="17"/>
                      <w:szCs w:val="17"/>
                    </w:rPr>
                    <w:t>SELECTED AGENTIC AI PROJECTS</w:t>
                  </w:r>
                </w:p>
              </w:txbxContent>
            </v:textbox>
            <w10:wrap anchorx="page" anchory="page"/>
          </v:shape>
        </w:pict>
      </w:r>
      <w:r>
        <w:pict w14:anchorId="0575AE40">
          <v:shape id="Text17" o:spid="_x0000_s1118" type="#_x0000_t202" style="position:absolute;margin-left:241.2pt;margin-top:38.2pt;width:255.6pt;height:25.7pt;z-index:251619328;mso-wrap-style:square;mso-position-horizontal-relative:page;mso-position-vertical-relative:page" filled="f" stroked="f">
            <v:textbox inset="0,0,0,0">
              <w:txbxContent>
                <w:p w14:paraId="362B83DC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393" w:lineRule="exact"/>
                  </w:pPr>
                  <w:r>
                    <w:rPr>
                      <w:rFonts w:cs="Segoe UI"/>
                      <w:b/>
                      <w:color w:val="103648"/>
                      <w:sz w:val="30"/>
                      <w:szCs w:val="30"/>
                    </w:rPr>
                    <w:t>Project Management Tool (PMT)</w:t>
                  </w:r>
                </w:p>
              </w:txbxContent>
            </v:textbox>
            <w10:wrap anchorx="page" anchory="page"/>
          </v:shape>
        </w:pict>
      </w:r>
      <w:r>
        <w:pict w14:anchorId="0EAA8706">
          <v:shape id="Text18" o:spid="_x0000_s1117" type="#_x0000_t202" style="position:absolute;margin-left:241.2pt;margin-top:64.8pt;width:255.6pt;height:32.15pt;z-index:251620352;mso-wrap-style:square;mso-position-horizontal-relative:page;mso-position-vertical-relative:page" filled="f" stroked="f">
            <v:textbox inset="0,0,0,0">
              <w:txbxContent>
                <w:p w14:paraId="2D2E8D15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88" w:lineRule="exact"/>
                  </w:pPr>
                  <w:r>
                    <w:rPr>
                      <w:rFonts w:cs="Segoe UI"/>
                      <w:color w:val="345363"/>
                      <w:sz w:val="21"/>
                      <w:szCs w:val="21"/>
                    </w:rPr>
                    <w:t>One solution combining JIRA, Confluence,</w:t>
                  </w:r>
                </w:p>
                <w:p w14:paraId="6DE72462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88" w:lineRule="exact"/>
                  </w:pPr>
                  <w:r>
                    <w:rPr>
                      <w:rFonts w:cs="Segoe UI"/>
                      <w:color w:val="345363"/>
                      <w:sz w:val="21"/>
                      <w:szCs w:val="21"/>
                    </w:rPr>
                    <w:t>Visio and Microsoft Project capabilities.</w:t>
                  </w:r>
                </w:p>
              </w:txbxContent>
            </v:textbox>
            <w10:wrap anchorx="page" anchory="page"/>
          </v:shape>
        </w:pict>
      </w:r>
      <w:r>
        <w:pict w14:anchorId="3F0AA661">
          <v:shape id="Path19" o:spid="_x0000_s1116" style="position:absolute;margin-left:0;margin-top:0;width:11in;height:612pt;z-index:251621376;mso-wrap-style:square;mso-position-horizontal-relative:page;mso-position-vertical-relative:page" coordsize="220000,170000" path="m82500,43100r18400,7900e" filled="f" strokecolor="#57bdbb" strokeweight="1.44pt">
            <v:stroke endcap="round"/>
            <w10:wrap anchorx="page" anchory="page"/>
          </v:shape>
        </w:pict>
      </w:r>
      <w:r>
        <w:pict w14:anchorId="169DAFBB">
          <v:shape id="Path20" o:spid="_x0000_s1115" style="position:absolute;margin-left:0;margin-top:0;width:11in;height:612pt;z-index:251622400;mso-wrap-style:square;mso-position-horizontal-relative:page;mso-position-vertical-relative:page" coordsize="220000,170000" path="m120500,43100r-19600,7900e" filled="f" strokecolor="#57bdbb" strokeweight="1.44pt">
            <v:stroke endcap="round"/>
            <w10:wrap anchorx="page" anchory="page"/>
          </v:shape>
        </w:pict>
      </w:r>
      <w:r>
        <w:pict w14:anchorId="3A6B6044">
          <v:shape id="Path21" o:spid="_x0000_s1114" style="position:absolute;margin-left:0;margin-top:0;width:11in;height:612pt;z-index:251623424;mso-wrap-style:square;mso-position-horizontal-relative:page;mso-position-vertical-relative:page" coordsize="220000,170000" path="m82500,62000l100900,51000e" filled="f" strokecolor="#57bdbb" strokeweight="1.44pt">
            <v:stroke endcap="round"/>
            <w10:wrap anchorx="page" anchory="page"/>
          </v:shape>
        </w:pict>
      </w:r>
      <w:r>
        <w:pict w14:anchorId="4458E78C">
          <v:shape id="Path22" o:spid="_x0000_s1113" style="position:absolute;margin-left:0;margin-top:0;width:11in;height:612pt;z-index:251624448;mso-wrap-style:square;mso-position-horizontal-relative:page;mso-position-vertical-relative:page" coordsize="220000,170000" path="m120500,62000l100900,51000e" filled="f" strokecolor="#57bdbb" strokeweight="1.44pt">
            <v:stroke endcap="round"/>
            <w10:wrap anchorx="page" anchory="page"/>
          </v:shape>
        </w:pict>
      </w:r>
      <w:r>
        <w:pict w14:anchorId="21B7AD58">
          <v:roundrect id="Shape23" o:spid="_x0000_s1112" style="position:absolute;margin-left:244.1pt;margin-top:116.65pt;width:95.05pt;height:38.9pt;z-index:251625472;mso-wrap-style:square;mso-position-horizontal-relative:page;mso-position-vertical-relative:page" arcsize="8495f" strokecolor="#cbdfe2" strokeweight=".36pt">
            <v:stroke endcap="round"/>
            <w10:wrap anchorx="page" anchory="page"/>
          </v:roundrect>
        </w:pict>
      </w:r>
      <w:r>
        <w:pict w14:anchorId="1E81C763">
          <v:roundrect id="Shape24" o:spid="_x0000_s1111" style="position:absolute;margin-left:251.3pt;margin-top:124.9pt;width:1.8pt;height:21.6pt;z-index:251626496;mso-wrap-style:square;mso-position-horizontal-relative:page;mso-position-vertical-relative:page" arcsize="26214f" fillcolor="#14a5a8" stroked="f">
            <w10:wrap anchorx="page" anchory="page"/>
          </v:roundrect>
        </w:pict>
      </w:r>
      <w:r>
        <w:pict w14:anchorId="73CAE034">
          <v:shape id="Text25" o:spid="_x0000_s1110" type="#_x0000_t202" style="position:absolute;margin-left:259.9pt;margin-top:121.65pt;width:236.9pt;height:17.75pt;z-index:251627520;mso-wrap-style:square;mso-position-horizontal-relative:page;mso-position-vertical-relative:page" filled="f" stroked="f">
            <v:textbox inset="0,0,0,0">
              <w:txbxContent>
                <w:p w14:paraId="5CE1A08B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71" w:lineRule="exact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21"/>
                      <w:szCs w:val="21"/>
                    </w:rPr>
                    <w:t>JIRA</w:t>
                  </w:r>
                </w:p>
              </w:txbxContent>
            </v:textbox>
            <w10:wrap anchorx="page" anchory="page"/>
          </v:shape>
        </w:pict>
      </w:r>
      <w:r>
        <w:pict w14:anchorId="4908106B">
          <v:shape id="Text26" o:spid="_x0000_s1109" type="#_x0000_t202" style="position:absolute;margin-left:259.9pt;margin-top:136.6pt;width:236.9pt;height:14.1pt;z-index:251628544;mso-wrap-style:square;mso-position-horizontal-relative:page;mso-position-vertical-relative:page" filled="f" stroked="f">
            <v:textbox inset="0,0,0,0">
              <w:txbxContent>
                <w:p w14:paraId="58FD0D8E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15" w:lineRule="exact"/>
                  </w:pPr>
                  <w:r>
                    <w:rPr>
                      <w:rFonts w:cs="Segoe UI"/>
                      <w:color w:val="55717D"/>
                      <w:sz w:val="17"/>
                      <w:szCs w:val="17"/>
                    </w:rPr>
                    <w:t>Task Tracking</w:t>
                  </w:r>
                </w:p>
              </w:txbxContent>
            </v:textbox>
            <w10:wrap anchorx="page" anchory="page"/>
          </v:shape>
        </w:pict>
      </w:r>
      <w:r>
        <w:pict w14:anchorId="556AB781">
          <v:roundrect id="Shape27" o:spid="_x0000_s1108" style="position:absolute;margin-left:387.35pt;margin-top:116.65pt;width:95.05pt;height:38.9pt;z-index:251629568;mso-wrap-style:square;mso-position-horizontal-relative:page;mso-position-vertical-relative:page" arcsize="8495f" strokecolor="#cbdfe2" strokeweight=".36pt">
            <v:stroke endcap="round"/>
            <w10:wrap anchorx="page" anchory="page"/>
          </v:roundrect>
        </w:pict>
      </w:r>
      <w:r>
        <w:pict w14:anchorId="7A0EB982">
          <v:roundrect id="Shape28" o:spid="_x0000_s1107" style="position:absolute;margin-left:394.55pt;margin-top:124.9pt;width:1.8pt;height:21.6pt;z-index:251630592;mso-wrap-style:square;mso-position-horizontal-relative:page;mso-position-vertical-relative:page" arcsize="26214f" fillcolor="#14a5a8" stroked="f">
            <w10:wrap anchorx="page" anchory="page"/>
          </v:roundrect>
        </w:pict>
      </w:r>
      <w:r>
        <w:pict w14:anchorId="21EFB4C7">
          <v:shape id="Text29" o:spid="_x0000_s1106" type="#_x0000_t202" style="position:absolute;margin-left:403.2pt;margin-top:121.65pt;width:93.6pt;height:17.75pt;z-index:251631616;mso-wrap-style:square;mso-position-horizontal-relative:page;mso-position-vertical-relative:page" filled="f" stroked="f">
            <v:textbox inset="0,0,0,0">
              <w:txbxContent>
                <w:p w14:paraId="6F29914E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71" w:lineRule="exact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21"/>
                      <w:szCs w:val="21"/>
                    </w:rPr>
                    <w:t>Confluence</w:t>
                  </w:r>
                </w:p>
              </w:txbxContent>
            </v:textbox>
            <w10:wrap anchorx="page" anchory="page"/>
          </v:shape>
        </w:pict>
      </w:r>
      <w:r>
        <w:pict w14:anchorId="03F6F636">
          <v:shape id="Text30" o:spid="_x0000_s1105" type="#_x0000_t202" style="position:absolute;margin-left:403.2pt;margin-top:136.6pt;width:93.6pt;height:14.1pt;z-index:251632640;mso-wrap-style:square;mso-position-horizontal-relative:page;mso-position-vertical-relative:page" filled="f" stroked="f">
            <v:textbox inset="0,0,0,0">
              <w:txbxContent>
                <w:p w14:paraId="42BE5654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15" w:lineRule="exact"/>
                  </w:pPr>
                  <w:r>
                    <w:rPr>
                      <w:rFonts w:cs="Segoe UI"/>
                      <w:color w:val="55717D"/>
                      <w:sz w:val="17"/>
                      <w:szCs w:val="17"/>
                    </w:rPr>
                    <w:t>Knowledge</w:t>
                  </w:r>
                </w:p>
              </w:txbxContent>
            </v:textbox>
            <w10:wrap anchorx="page" anchory="page"/>
          </v:shape>
        </w:pict>
      </w:r>
      <w:r>
        <w:pict w14:anchorId="345026C5">
          <v:roundrect id="Shape31" o:spid="_x0000_s1104" style="position:absolute;margin-left:244.1pt;margin-top:222.5pt;width:95.05pt;height:38.9pt;z-index:251633664;mso-wrap-style:square;mso-position-horizontal-relative:page;mso-position-vertical-relative:page" arcsize="8495f" strokecolor="#cbdfe2" strokeweight=".36pt">
            <v:stroke endcap="round"/>
            <w10:wrap anchorx="page" anchory="page"/>
          </v:roundrect>
        </w:pict>
      </w:r>
      <w:r>
        <w:pict w14:anchorId="01EC3367">
          <v:roundrect id="Shape32" o:spid="_x0000_s1103" style="position:absolute;margin-left:251.3pt;margin-top:230.75pt;width:1.8pt;height:21.6pt;z-index:251634688;mso-wrap-style:square;mso-position-horizontal-relative:page;mso-position-vertical-relative:page" arcsize="26214f" fillcolor="#14a5a8" stroked="f">
            <w10:wrap anchorx="page" anchory="page"/>
          </v:roundrect>
        </w:pict>
      </w:r>
      <w:r>
        <w:pict w14:anchorId="5D7CB61B">
          <v:shape id="Text33" o:spid="_x0000_s1102" type="#_x0000_t202" style="position:absolute;margin-left:259.9pt;margin-top:227.5pt;width:236.9pt;height:17.75pt;z-index:251635712;mso-wrap-style:square;mso-position-horizontal-relative:page;mso-position-vertical-relative:page" filled="f" stroked="f">
            <v:textbox inset="0,0,0,0">
              <w:txbxContent>
                <w:p w14:paraId="52DEB419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71" w:lineRule="exact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21"/>
                      <w:szCs w:val="21"/>
                    </w:rPr>
                    <w:t>Visio</w:t>
                  </w:r>
                </w:p>
              </w:txbxContent>
            </v:textbox>
            <w10:wrap anchorx="page" anchory="page"/>
          </v:shape>
        </w:pict>
      </w:r>
      <w:r>
        <w:pict w14:anchorId="146312CA">
          <v:shape id="Text34" o:spid="_x0000_s1101" type="#_x0000_t202" style="position:absolute;margin-left:259.9pt;margin-top:242.4pt;width:236.9pt;height:14.1pt;z-index:251636736;mso-wrap-style:square;mso-position-horizontal-relative:page;mso-position-vertical-relative:page" filled="f" stroked="f">
            <v:textbox inset="0,0,0,0">
              <w:txbxContent>
                <w:p w14:paraId="2F9D8EDD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15" w:lineRule="exact"/>
                  </w:pPr>
                  <w:r>
                    <w:rPr>
                      <w:rFonts w:cs="Segoe UI"/>
                      <w:color w:val="55717D"/>
                      <w:sz w:val="17"/>
                      <w:szCs w:val="17"/>
                    </w:rPr>
                    <w:t>Diagramming</w:t>
                  </w:r>
                </w:p>
              </w:txbxContent>
            </v:textbox>
            <w10:wrap anchorx="page" anchory="page"/>
          </v:shape>
        </w:pict>
      </w:r>
      <w:r>
        <w:pict w14:anchorId="37D485DB">
          <v:roundrect id="Shape35" o:spid="_x0000_s1100" style="position:absolute;margin-left:387.35pt;margin-top:222.5pt;width:101.5pt;height:38.9pt;z-index:251637760;mso-wrap-style:square;mso-position-horizontal-relative:page;mso-position-vertical-relative:page" arcsize="8495f" strokecolor="#cbdfe2" strokeweight=".36pt">
            <v:stroke endcap="round"/>
            <w10:wrap anchorx="page" anchory="page"/>
          </v:roundrect>
        </w:pict>
      </w:r>
      <w:r>
        <w:pict w14:anchorId="6F1FFE6B">
          <v:roundrect id="Shape36" o:spid="_x0000_s1099" style="position:absolute;margin-left:394.55pt;margin-top:230.75pt;width:1.8pt;height:21.6pt;z-index:251638784;mso-wrap-style:square;mso-position-horizontal-relative:page;mso-position-vertical-relative:page" arcsize="26214f" fillcolor="#14a5a8" stroked="f">
            <w10:wrap anchorx="page" anchory="page"/>
          </v:roundrect>
        </w:pict>
      </w:r>
      <w:r>
        <w:pict w14:anchorId="3970433C">
          <v:shape id="Text37" o:spid="_x0000_s1098" type="#_x0000_t202" style="position:absolute;margin-left:403.2pt;margin-top:229.45pt;width:93.6pt;height:14.7pt;z-index:251639808;mso-wrap-style:square;mso-position-horizontal-relative:page;mso-position-vertical-relative:page" filled="f" stroked="f">
            <v:textbox inset="0,0,0,0">
              <w:txbxContent>
                <w:p w14:paraId="71A3EFE0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25" w:lineRule="exact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7"/>
                      <w:szCs w:val="17"/>
                    </w:rPr>
                    <w:t>Microsoft Project</w:t>
                  </w:r>
                </w:p>
              </w:txbxContent>
            </v:textbox>
            <w10:wrap anchorx="page" anchory="page"/>
          </v:shape>
        </w:pict>
      </w:r>
      <w:r>
        <w:pict w14:anchorId="22D03216">
          <v:shape id="Text38" o:spid="_x0000_s1097" type="#_x0000_t202" style="position:absolute;margin-left:403.2pt;margin-top:242.4pt;width:93.6pt;height:14.1pt;z-index:251640832;mso-wrap-style:square;mso-position-horizontal-relative:page;mso-position-vertical-relative:page" filled="f" stroked="f">
            <v:textbox inset="0,0,0,0">
              <w:txbxContent>
                <w:p w14:paraId="752DC569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15" w:lineRule="exact"/>
                  </w:pPr>
                  <w:r>
                    <w:rPr>
                      <w:rFonts w:cs="Segoe UI"/>
                      <w:color w:val="55717D"/>
                      <w:sz w:val="17"/>
                      <w:szCs w:val="17"/>
                    </w:rPr>
                    <w:t>Project Planning</w:t>
                  </w:r>
                </w:p>
              </w:txbxContent>
            </v:textbox>
            <w10:wrap anchorx="page" anchory="page"/>
          </v:shape>
        </w:pict>
      </w:r>
      <w:r>
        <w:pict w14:anchorId="281E2EF1">
          <v:oval id="Shape39" o:spid="_x0000_s1096" style="position:absolute;margin-left:326.9pt;margin-top:150.85pt;width:72.7pt;height:72.7pt;z-index:251641856;mso-wrap-style:square;mso-position-horizontal-relative:page;mso-position-vertical-relative:page" fillcolor="#e2f1f2" stroked="f">
            <w10:wrap anchorx="page" anchory="page"/>
          </v:oval>
        </w:pict>
      </w:r>
      <w:r>
        <w:pict w14:anchorId="28FB88D4">
          <v:oval id="Shape40" o:spid="_x0000_s1095" style="position:absolute;margin-left:333pt;margin-top:156.95pt;width:60.5pt;height:60.5pt;z-index:251642880;mso-wrap-style:square;mso-position-horizontal-relative:page;mso-position-vertical-relative:page" fillcolor="#0c5b70" stroked="f">
            <w10:wrap anchorx="page" anchory="page"/>
          </v:oval>
        </w:pict>
      </w:r>
      <w:r>
        <w:pict w14:anchorId="54BCE61C">
          <v:shape id="Text41" o:spid="_x0000_s1094" type="#_x0000_t202" style="position:absolute;margin-left:309.25pt;margin-top:173.1pt;width:108pt;height:27.55pt;z-index:251643904;mso-wrap-style:square;mso-position-horizontal-relative:page;mso-position-vertical-relative:page" filled="f" stroked="f">
            <v:textbox inset="0,0,0,0">
              <w:txbxContent>
                <w:p w14:paraId="7E5D4674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421" w:lineRule="exact"/>
                    <w:jc w:val="center"/>
                  </w:pPr>
                  <w:r>
                    <w:rPr>
                      <w:rFonts w:cs="Segoe UI"/>
                      <w:b/>
                      <w:color w:val="FFFFFF"/>
                      <w:sz w:val="32"/>
                      <w:szCs w:val="32"/>
                    </w:rPr>
                    <w:t>PMT</w:t>
                  </w:r>
                </w:p>
              </w:txbxContent>
            </v:textbox>
            <w10:wrap anchorx="page" anchory="page"/>
          </v:shape>
        </w:pict>
      </w:r>
      <w:r>
        <w:pict w14:anchorId="6DD4A9BE">
          <v:shape id="Text42" o:spid="_x0000_s1093" type="#_x0000_t202" style="position:absolute;margin-left:309.25pt;margin-top:196.9pt;width:108pt;height:9.2pt;z-index:251644928;mso-wrap-style:square;mso-position-horizontal-relative:page;mso-position-vertical-relative:page" filled="f" stroked="f">
            <v:textbox inset="0,0,0,0">
              <w:txbxContent>
                <w:p w14:paraId="443521C1" w14:textId="30917941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140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8DEBE2"/>
                      <w:sz w:val="11"/>
                      <w:szCs w:val="11"/>
                    </w:rPr>
                    <w:t xml:space="preserve">ONE </w:t>
                  </w:r>
                  <w:r w:rsidR="00A231DE">
                    <w:rPr>
                      <w:rFonts w:ascii="Segoe UI Semibold" w:hAnsi="Segoe UI Semibold" w:cs="Segoe UI Semibold"/>
                      <w:color w:val="8DEBE2"/>
                      <w:sz w:val="11"/>
                      <w:szCs w:val="11"/>
                    </w:rPr>
                    <w:t>SOLUTION</w:t>
                  </w:r>
                </w:p>
              </w:txbxContent>
            </v:textbox>
            <w10:wrap anchorx="page" anchory="page"/>
          </v:shape>
        </w:pict>
      </w:r>
      <w:r>
        <w:pict w14:anchorId="1280DB9B">
          <v:shape id="Text43" o:spid="_x0000_s1092" type="#_x0000_t202" style="position:absolute;margin-left:241.2pt;margin-top:272.9pt;width:255.6pt;height:16.5pt;z-index:251645952;mso-wrap-style:square;mso-position-horizontal-relative:page;mso-position-vertical-relative:page" filled="f" stroked="f">
            <v:textbox inset="0,0,0,0">
              <w:txbxContent>
                <w:p w14:paraId="0FC19E12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53" w:lineRule="exact"/>
                  </w:pPr>
                  <w:r>
                    <w:rPr>
                      <w:rFonts w:ascii="Segoe UI Semibold" w:hAnsi="Segoe UI Semibold" w:cs="Segoe UI Semibold"/>
                      <w:color w:val="1B6578"/>
                      <w:sz w:val="19"/>
                      <w:szCs w:val="19"/>
                    </w:rPr>
                    <w:t>Built with ChatGPT + Codex</w:t>
                  </w:r>
                </w:p>
              </w:txbxContent>
            </v:textbox>
            <w10:wrap anchorx="page" anchory="page"/>
          </v:shape>
        </w:pict>
      </w:r>
      <w:r>
        <w:pict w14:anchorId="74758D44">
          <v:shape id="Text44" o:spid="_x0000_s1091" type="#_x0000_t202" style="position:absolute;margin-left:241.2pt;margin-top:289.55pt;width:255.6pt;height:14.7pt;z-index:251646976;mso-wrap-style:square;mso-position-horizontal-relative:page;mso-position-vertical-relative:page" filled="f" stroked="f">
            <v:textbox inset="0,0,0,0">
              <w:txbxContent>
                <w:p w14:paraId="6B99E571" w14:textId="77777777" w:rsidR="007D5FB4" w:rsidRDefault="007D5FB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25" w:lineRule="exact"/>
                  </w:pPr>
                  <w:hyperlink r:id="rId10">
                    <w:r>
                      <w:rPr>
                        <w:rFonts w:cs="Segoe UI"/>
                        <w:color w:val="46737F"/>
                        <w:sz w:val="17"/>
                        <w:szCs w:val="17"/>
                      </w:rPr>
                      <w:t>github.com/</w:t>
                    </w:r>
                    <w:proofErr w:type="spellStart"/>
                    <w:r>
                      <w:rPr>
                        <w:rFonts w:cs="Segoe UI"/>
                        <w:color w:val="46737F"/>
                        <w:sz w:val="17"/>
                        <w:szCs w:val="17"/>
                      </w:rPr>
                      <w:t>sincioco</w:t>
                    </w:r>
                    <w:proofErr w:type="spellEnd"/>
                    <w:r>
                      <w:rPr>
                        <w:rFonts w:cs="Segoe UI"/>
                        <w:color w:val="46737F"/>
                        <w:sz w:val="17"/>
                        <w:szCs w:val="17"/>
                      </w:rPr>
                      <w:t>/</w:t>
                    </w:r>
                    <w:proofErr w:type="spellStart"/>
                    <w:r>
                      <w:rPr>
                        <w:rFonts w:cs="Segoe UI"/>
                        <w:color w:val="46737F"/>
                        <w:sz w:val="17"/>
                        <w:szCs w:val="17"/>
                      </w:rPr>
                      <w:t>pmt</w:t>
                    </w:r>
                    <w:proofErr w:type="spellEnd"/>
                  </w:hyperlink>
                </w:p>
              </w:txbxContent>
            </v:textbox>
            <w10:wrap anchorx="page" anchory="page"/>
          </v:shape>
        </w:pict>
      </w:r>
      <w:r>
        <w:pict w14:anchorId="5CB9603D">
          <v:shape id="Path45" o:spid="_x0000_s1090" style="position:absolute;margin-left:0;margin-top:0;width:11in;height:612pt;z-index:251648000;mso-wrap-style:square;mso-position-horizontal-relative:page;mso-position-vertical-relative:page" coordsize="220000,170000" path="m67000,87400r68000,e" filled="f" strokecolor="#cbdbde" strokeweight=".72pt">
            <v:stroke endcap="round"/>
            <w10:wrap anchorx="page" anchory="page"/>
          </v:shape>
        </w:pict>
      </w:r>
      <w:r>
        <w:pict w14:anchorId="4EADEBC9">
          <v:shape id="Text46" o:spid="_x0000_s1089" type="#_x0000_t202" style="position:absolute;margin-left:241.2pt;margin-top:323.3pt;width:255.6pt;height:25.7pt;z-index:251649024;mso-wrap-style:square;mso-position-horizontal-relative:page;mso-position-vertical-relative:page" filled="f" stroked="f">
            <v:textbox inset="0,0,0,0">
              <w:txbxContent>
                <w:p w14:paraId="58FD6A76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393" w:lineRule="exact"/>
                  </w:pPr>
                  <w:r>
                    <w:rPr>
                      <w:rFonts w:cs="Segoe UI"/>
                      <w:b/>
                      <w:color w:val="103648"/>
                      <w:sz w:val="30"/>
                      <w:szCs w:val="30"/>
                    </w:rPr>
                    <w:t>AI Assisted Job Search</w:t>
                  </w:r>
                </w:p>
              </w:txbxContent>
            </v:textbox>
            <w10:wrap anchorx="page" anchory="page"/>
          </v:shape>
        </w:pict>
      </w:r>
      <w:r>
        <w:pict w14:anchorId="013B5FE1">
          <v:shape id="Text47" o:spid="_x0000_s1088" type="#_x0000_t202" style="position:absolute;margin-left:241.2pt;margin-top:346.7pt;width:255.6pt;height:30.8pt;z-index:251650048;mso-wrap-style:square;mso-position-horizontal-relative:page;mso-position-vertical-relative:page" filled="f" stroked="f">
            <v:textbox inset="0,0,0,0">
              <w:txbxContent>
                <w:p w14:paraId="0E46FE47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74" w:lineRule="exact"/>
                  </w:pPr>
                  <w:r>
                    <w:rPr>
                      <w:rFonts w:cs="Segoe UI"/>
                      <w:color w:val="345363"/>
                      <w:szCs w:val="20"/>
                    </w:rPr>
                    <w:t>Scans popular job boards to find openings</w:t>
                  </w:r>
                </w:p>
                <w:p w14:paraId="5495970C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74" w:lineRule="exact"/>
                  </w:pPr>
                  <w:r>
                    <w:rPr>
                      <w:rFonts w:cs="Segoe UI"/>
                      <w:color w:val="345363"/>
                      <w:szCs w:val="20"/>
                    </w:rPr>
                    <w:t>by salary range and experience match.</w:t>
                  </w:r>
                </w:p>
              </w:txbxContent>
            </v:textbox>
            <w10:wrap anchorx="page" anchory="page"/>
          </v:shape>
        </w:pict>
      </w:r>
      <w:r>
        <w:pict w14:anchorId="5DD9F6C1">
          <v:roundrect id="Shape48" o:spid="_x0000_s1087" style="position:absolute;margin-left:241.2pt;margin-top:388.8pt;width:52.55pt;height:42.5pt;z-index:251651072;mso-wrap-style:square;mso-position-horizontal-relative:page;mso-position-vertical-relative:page" arcsize="8887f" fillcolor="#d6eaed" stroked="f">
            <w10:wrap anchorx="page" anchory="page"/>
          </v:roundrect>
        </w:pict>
      </w:r>
      <w:r>
        <w:pict w14:anchorId="0DDC36EA">
          <v:shape id="Path49" o:spid="_x0000_s1086" style="position:absolute;margin-left:0;margin-top:0;width:11in;height:612pt;z-index:251652096;mso-wrap-style:square;mso-position-horizontal-relative:page;mso-position-vertical-relative:page" coordsize="220000,170000" path="m82100,113800r1700,e" filled="f" strokecolor="#0e8b92" strokeweight="1.08pt">
            <v:stroke endcap="round"/>
            <w10:wrap anchorx="page" anchory="page"/>
          </v:shape>
        </w:pict>
      </w:r>
      <w:r>
        <w:pict w14:anchorId="5433640E">
          <v:shape id="Path50" o:spid="_x0000_s1085" style="position:absolute;margin-left:0;margin-top:0;width:11in;height:612pt;z-index:251653120;mso-wrap-style:square;mso-position-horizontal-relative:page;mso-position-vertical-relative:page" coordsize="220000,170000" path="m82300,112900r1800,900l82300,114700xe" fillcolor="#0e8b92" stroked="f">
            <w10:wrap anchorx="page" anchory="page"/>
          </v:shape>
        </w:pict>
      </w:r>
      <w:r>
        <w:pict w14:anchorId="52925E01">
          <v:shape id="Text51" o:spid="_x0000_s1084" type="#_x0000_t202" style="position:absolute;margin-left:213.5pt;margin-top:439.05pt;width:108pt;height:25.15pt;z-index:251654144;mso-wrap-style:square;mso-position-horizontal-relative:page;mso-position-vertical-relative:page" filled="f" stroked="f">
            <v:textbox inset="0,0,0,0">
              <w:txbxContent>
                <w:p w14:paraId="230FA420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7"/>
                      <w:szCs w:val="17"/>
                    </w:rPr>
                    <w:t>Job</w:t>
                  </w:r>
                </w:p>
                <w:p w14:paraId="2A18351F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7"/>
                      <w:szCs w:val="17"/>
                    </w:rPr>
                    <w:t>boards</w:t>
                  </w:r>
                </w:p>
              </w:txbxContent>
            </v:textbox>
            <w10:wrap anchorx="page" anchory="page"/>
          </v:shape>
        </w:pict>
      </w:r>
      <w:r>
        <w:pict w14:anchorId="542D1BF0">
          <v:roundrect id="Shape52" o:spid="_x0000_s1083" style="position:absolute;margin-left:303.5pt;margin-top:388.8pt;width:52.55pt;height:42.5pt;z-index:251655168;mso-wrap-style:square;mso-position-horizontal-relative:page;mso-position-vertical-relative:page" arcsize="8887f" fillcolor="#e1f0f1" stroked="f">
            <w10:wrap anchorx="page" anchory="page"/>
          </v:roundrect>
        </w:pict>
      </w:r>
      <w:r>
        <w:pict w14:anchorId="61959C47">
          <v:shape id="Path53" o:spid="_x0000_s1082" style="position:absolute;margin-left:0;margin-top:0;width:11in;height:612pt;z-index:251656192;mso-wrap-style:square;mso-position-horizontal-relative:page;mso-position-vertical-relative:page" coordsize="220000,170000" path="m99400,113800r1700,e" filled="f" strokecolor="#0e8b92" strokeweight="1.08pt">
            <v:stroke endcap="round"/>
            <w10:wrap anchorx="page" anchory="page"/>
          </v:shape>
        </w:pict>
      </w:r>
      <w:r>
        <w:pict w14:anchorId="439944AE">
          <v:shape id="Path54" o:spid="_x0000_s1081" style="position:absolute;margin-left:0;margin-top:0;width:11in;height:612pt;z-index:251657216;mso-wrap-style:square;mso-position-horizontal-relative:page;mso-position-vertical-relative:page" coordsize="220000,170000" path="m99600,112900r1800,900l99600,114700xe" fillcolor="#0e8b92" stroked="f">
            <w10:wrap anchorx="page" anchory="page"/>
          </v:shape>
        </w:pict>
      </w:r>
      <w:r>
        <w:pict w14:anchorId="69ECAED6">
          <v:shape id="Text55" o:spid="_x0000_s1080" type="#_x0000_t202" style="position:absolute;margin-left:275.75pt;margin-top:439.05pt;width:108pt;height:25.15pt;z-index:251658240;mso-wrap-style:square;mso-position-horizontal-relative:page;mso-position-vertical-relative:page" filled="f" stroked="f">
            <v:textbox inset="0,0,0,0">
              <w:txbxContent>
                <w:p w14:paraId="7C1B88A5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7"/>
                      <w:szCs w:val="17"/>
                    </w:rPr>
                    <w:t>Salary</w:t>
                  </w:r>
                </w:p>
                <w:p w14:paraId="4756273D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7"/>
                      <w:szCs w:val="17"/>
                    </w:rPr>
                    <w:t>range</w:t>
                  </w:r>
                </w:p>
              </w:txbxContent>
            </v:textbox>
            <w10:wrap anchorx="page" anchory="page"/>
          </v:shape>
        </w:pict>
      </w:r>
      <w:r>
        <w:pict w14:anchorId="37FC2999">
          <v:roundrect id="Shape56" o:spid="_x0000_s1079" style="position:absolute;margin-left:365.75pt;margin-top:388.8pt;width:52.55pt;height:42.5pt;z-index:251659264;mso-wrap-style:square;mso-position-horizontal-relative:page;mso-position-vertical-relative:page" arcsize="8887f" fillcolor="#d6eaed" stroked="f">
            <w10:wrap anchorx="page" anchory="page"/>
          </v:roundrect>
        </w:pict>
      </w:r>
      <w:r>
        <w:pict w14:anchorId="5FD4B4F6">
          <v:shape id="Path57" o:spid="_x0000_s1078" style="position:absolute;margin-left:0;margin-top:0;width:11in;height:612pt;z-index:251660288;mso-wrap-style:square;mso-position-horizontal-relative:page;mso-position-vertical-relative:page" coordsize="220000,170000" path="m116700,113800r1700,e" filled="f" strokecolor="#0e8b92" strokeweight="1.08pt">
            <v:stroke endcap="round"/>
            <w10:wrap anchorx="page" anchory="page"/>
          </v:shape>
        </w:pict>
      </w:r>
      <w:r>
        <w:pict w14:anchorId="7E2F2E29">
          <v:shape id="Path58" o:spid="_x0000_s1077" style="position:absolute;margin-left:0;margin-top:0;width:11in;height:612pt;z-index:251661312;mso-wrap-style:square;mso-position-horizontal-relative:page;mso-position-vertical-relative:page" coordsize="220000,170000" path="m116900,112900r1800,900l116900,114700xe" fillcolor="#0e8b92" stroked="f">
            <w10:wrap anchorx="page" anchory="page"/>
          </v:shape>
        </w:pict>
      </w:r>
      <w:r>
        <w:pict w14:anchorId="730AD134">
          <v:shape id="Text59" o:spid="_x0000_s1076" type="#_x0000_t202" style="position:absolute;margin-left:338.05pt;margin-top:439.05pt;width:108pt;height:25.15pt;z-index:251662336;mso-wrap-style:square;mso-position-horizontal-relative:page;mso-position-vertical-relative:page" filled="f" stroked="f">
            <v:textbox inset="0,0,0,0">
              <w:txbxContent>
                <w:p w14:paraId="6CFCAD5C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7"/>
                      <w:szCs w:val="17"/>
                    </w:rPr>
                    <w:t>Experience</w:t>
                  </w:r>
                </w:p>
                <w:p w14:paraId="34938601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7"/>
                      <w:szCs w:val="17"/>
                    </w:rPr>
                    <w:t>match</w:t>
                  </w:r>
                </w:p>
              </w:txbxContent>
            </v:textbox>
            <w10:wrap anchorx="page" anchory="page"/>
          </v:shape>
        </w:pict>
      </w:r>
      <w:r>
        <w:pict w14:anchorId="0108B0E7">
          <v:roundrect id="Shape60" o:spid="_x0000_s1075" style="position:absolute;margin-left:428.05pt;margin-top:388.8pt;width:52.55pt;height:42.5pt;z-index:251663360;mso-wrap-style:square;mso-position-horizontal-relative:page;mso-position-vertical-relative:page" arcsize="8887f" fillcolor="#e1f0f1" stroked="f">
            <w10:wrap anchorx="page" anchory="page"/>
          </v:roundrect>
        </w:pict>
      </w:r>
      <w:r>
        <w:pict w14:anchorId="45774EE1">
          <v:shape id="Text61" o:spid="_x0000_s1074" type="#_x0000_t202" style="position:absolute;margin-left:400.3pt;margin-top:439.05pt;width:108pt;height:25.15pt;z-index:251664384;mso-wrap-style:square;mso-position-horizontal-relative:page;mso-position-vertical-relative:page" filled="f" stroked="f">
            <v:textbox inset="0,0,0,0">
              <w:txbxContent>
                <w:p w14:paraId="05203A24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7"/>
                      <w:szCs w:val="17"/>
                    </w:rPr>
                    <w:t>Job</w:t>
                  </w:r>
                </w:p>
                <w:p w14:paraId="40632529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7"/>
                      <w:szCs w:val="17"/>
                    </w:rPr>
                    <w:t>shortlist</w:t>
                  </w:r>
                </w:p>
              </w:txbxContent>
            </v:textbox>
            <w10:wrap anchorx="page" anchory="page"/>
          </v:shape>
        </w:pict>
      </w:r>
      <w:r>
        <w:pict w14:anchorId="0D19FA17">
          <v:roundrect id="Shape62" o:spid="_x0000_s1073" style="position:absolute;margin-left:254.9pt;margin-top:398.9pt;width:23.75pt;height:3.95pt;z-index:251665408;mso-wrap-style:square;mso-position-horizontal-relative:page;mso-position-vertical-relative:page" arcsize="11915f" filled="f" strokecolor="#166678" strokeweight=".36pt">
            <v:stroke endcap="round"/>
            <w10:wrap anchorx="page" anchory="page"/>
          </v:roundrect>
        </w:pict>
      </w:r>
      <w:r>
        <w:pict w14:anchorId="389BF5F5">
          <v:roundrect id="Shape63" o:spid="_x0000_s1072" style="position:absolute;margin-left:254.9pt;margin-top:405pt;width:23.75pt;height:3.95pt;z-index:251666432;mso-wrap-style:square;mso-position-horizontal-relative:page;mso-position-vertical-relative:page" arcsize="11915f" filled="f" strokecolor="#166678" strokeweight=".36pt">
            <v:stroke endcap="round"/>
            <w10:wrap anchorx="page" anchory="page"/>
          </v:roundrect>
        </w:pict>
      </w:r>
      <w:r>
        <w:pict w14:anchorId="52379B48">
          <v:roundrect id="Shape64" o:spid="_x0000_s1071" style="position:absolute;margin-left:254.9pt;margin-top:411.1pt;width:23.75pt;height:3.95pt;z-index:251667456;mso-wrap-style:square;mso-position-horizontal-relative:page;mso-position-vertical-relative:page" arcsize="11915f" filled="f" strokecolor="#166678" strokeweight=".36pt">
            <v:stroke endcap="round"/>
            <w10:wrap anchorx="page" anchory="page"/>
          </v:roundrect>
        </w:pict>
      </w:r>
      <w:r>
        <w:pict w14:anchorId="3A4D0CD9">
          <v:oval id="Shape65" o:spid="_x0000_s1070" style="position:absolute;margin-left:317.9pt;margin-top:397.8pt;width:23.75pt;height:23.75pt;z-index:251668480;mso-wrap-style:square;mso-position-horizontal-relative:page;mso-position-vertical-relative:page" filled="f" strokecolor="#166678" strokeweight="1.08pt">
            <v:stroke endcap="round"/>
            <w10:wrap anchorx="page" anchory="page"/>
          </v:oval>
        </w:pict>
      </w:r>
      <w:r>
        <w:pict w14:anchorId="38F2A5B1">
          <v:shape id="Text66" o:spid="_x0000_s1069" type="#_x0000_t202" style="position:absolute;margin-left:275.75pt;margin-top:399.35pt;width:108pt;height:23.85pt;z-index:251669504;mso-wrap-style:square;mso-position-horizontal-relative:page;mso-position-vertical-relative:page" filled="f" stroked="f">
            <v:textbox inset="0,0,0,0">
              <w:txbxContent>
                <w:p w14:paraId="1C40043E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365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66678"/>
                      <w:sz w:val="28"/>
                      <w:szCs w:val="28"/>
                    </w:rPr>
                    <w:t>$</w:t>
                  </w:r>
                </w:p>
              </w:txbxContent>
            </v:textbox>
            <w10:wrap anchorx="page" anchory="page"/>
          </v:shape>
        </w:pict>
      </w:r>
      <w:r>
        <w:pict w14:anchorId="4FCB4E5E">
          <v:oval id="Shape67" o:spid="_x0000_s1068" style="position:absolute;margin-left:381.6pt;margin-top:397.8pt;width:9.35pt;height:9.35pt;z-index:251670528;mso-wrap-style:square;mso-position-horizontal-relative:page;mso-position-vertical-relative:page" filled="f" strokecolor="#166678" strokeweight="1.08pt">
            <v:stroke endcap="round"/>
            <w10:wrap anchorx="page" anchory="page"/>
          </v:oval>
        </w:pict>
      </w:r>
      <w:r>
        <w:pict w14:anchorId="458A4889">
          <v:shape id="Path68" o:spid="_x0000_s1067" style="position:absolute;margin-left:0;margin-top:0;width:11in;height:612pt;z-index:251671552;mso-wrap-style:square;mso-position-horizontal-relative:page;mso-position-vertical-relative:page" coordsize="220000,170000" o:spt="100" adj="0,,0" path="m104900,116400v,-1667,800,-2500,2400,-2500c108900,113900,109700,114733,109700,116400t-600,-3100l110300,114400r1700,-2600e" filled="f" strokecolor="#166678" strokeweight="1.44pt">
            <v:stroke joinstyle="round" endcap="round"/>
            <v:formulas/>
            <v:path o:connecttype="segments"/>
            <w10:wrap anchorx="page" anchory="page"/>
          </v:shape>
        </w:pict>
      </w:r>
      <w:r>
        <w:pict w14:anchorId="650D882F">
          <v:shape id="Path69" o:spid="_x0000_s1066" style="position:absolute;margin-left:0;margin-top:0;width:11in;height:612pt;z-index:251672576;mso-wrap-style:square;mso-position-horizontal-relative:page;mso-position-vertical-relative:page" coordsize="220000,170000" o:spt="100" adj="0,,0" path="m121700,110900r600,600l123400,110200t1300,700l129000,110900e" filled="f" strokecolor="#166678" strokeweight="1.08pt">
            <v:stroke joinstyle="round" endcap="round"/>
            <v:formulas/>
            <v:path o:connecttype="segments"/>
            <w10:wrap anchorx="page" anchory="page"/>
          </v:shape>
        </w:pict>
      </w:r>
      <w:r>
        <w:pict w14:anchorId="532E59CD">
          <v:shape id="Path70" o:spid="_x0000_s1065" style="position:absolute;margin-left:0;margin-top:0;width:11in;height:612pt;z-index:251673600;mso-wrap-style:square;mso-position-horizontal-relative:page;mso-position-vertical-relative:page" coordsize="220000,170000" o:spt="100" adj="0,,0" path="m121700,113000r600,600l123400,112300t1300,700l129000,113000e" filled="f" strokecolor="#166678" strokeweight="1.08pt">
            <v:stroke joinstyle="round" endcap="round"/>
            <v:formulas/>
            <v:path o:connecttype="segments"/>
            <w10:wrap anchorx="page" anchory="page"/>
          </v:shape>
        </w:pict>
      </w:r>
      <w:r>
        <w:pict w14:anchorId="3437E870">
          <v:shape id="Path71" o:spid="_x0000_s1064" style="position:absolute;margin-left:0;margin-top:0;width:11in;height:612pt;z-index:251674624;mso-wrap-style:square;mso-position-horizontal-relative:page;mso-position-vertical-relative:page" coordsize="220000,170000" o:spt="100" adj="0,,0" path="m121700,115100r600,600l123400,114400t1300,700l129000,115100e" filled="f" strokecolor="#166678" strokeweight="1.08pt">
            <v:stroke joinstyle="round" endcap="round"/>
            <v:formulas/>
            <v:path o:connecttype="segments"/>
            <w10:wrap anchorx="page" anchory="page"/>
          </v:shape>
        </w:pict>
      </w:r>
      <w:r>
        <w:pict w14:anchorId="5FDCD7CB">
          <v:shape id="Text72" o:spid="_x0000_s1063" type="#_x0000_t202" style="position:absolute;margin-left:241.2pt;margin-top:471.35pt;width:255.6pt;height:15.3pt;z-index:251675648;mso-wrap-style:square;mso-position-horizontal-relative:page;mso-position-vertical-relative:page" filled="f" stroked="f">
            <v:textbox inset="0,0,0,0">
              <w:txbxContent>
                <w:p w14:paraId="22EC9C10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34" w:lineRule="exact"/>
                  </w:pPr>
                  <w:r>
                    <w:rPr>
                      <w:rFonts w:cs="Segoe UI"/>
                      <w:color w:val="55717D"/>
                      <w:sz w:val="18"/>
                      <w:szCs w:val="18"/>
                    </w:rPr>
                    <w:t>Built with AI-assisted development.</w:t>
                  </w:r>
                </w:p>
              </w:txbxContent>
            </v:textbox>
            <w10:wrap anchorx="page" anchory="page"/>
          </v:shape>
        </w:pict>
      </w:r>
      <w:r>
        <w:pict w14:anchorId="364F6F0C">
          <v:shape id="Path73" o:spid="_x0000_s1062" style="position:absolute;margin-left:0;margin-top:0;width:11in;height:612pt;z-index:251676672;mso-wrap-style:square;mso-position-horizontal-relative:page;mso-position-vertical-relative:page" coordsize="220000,170000" path="m67000,137800r68000,e" filled="f" strokecolor="#cbdbde" strokeweight=".72pt">
            <v:stroke endcap="round"/>
            <w10:wrap anchorx="page" anchory="page"/>
          </v:shape>
        </w:pict>
      </w:r>
      <w:r>
        <w:pict w14:anchorId="2063F335">
          <v:shape id="Text74" o:spid="_x0000_s1061" type="#_x0000_t202" style="position:absolute;margin-left:241.2pt;margin-top:505.6pt;width:255.6pt;height:22.65pt;z-index:251677696;mso-wrap-style:square;mso-position-horizontal-relative:page;mso-position-vertical-relative:page" filled="f" stroked="f">
            <v:textbox inset="0,0,0,0">
              <w:txbxContent>
                <w:p w14:paraId="2E0584FE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346" w:lineRule="exact"/>
                  </w:pPr>
                  <w:r>
                    <w:rPr>
                      <w:rFonts w:cs="Segoe UI"/>
                      <w:b/>
                      <w:color w:val="103648"/>
                      <w:sz w:val="27"/>
                      <w:szCs w:val="27"/>
                    </w:rPr>
                    <w:t>Cybersecurity AI Assistant</w:t>
                  </w:r>
                </w:p>
              </w:txbxContent>
            </v:textbox>
            <w10:wrap anchorx="page" anchory="page"/>
          </v:shape>
        </w:pict>
      </w:r>
      <w:r>
        <w:pict w14:anchorId="3575F58C">
          <v:shape id="Text75" o:spid="_x0000_s1060" type="#_x0000_t202" style="position:absolute;margin-left:241.2pt;margin-top:526.85pt;width:255.6pt;height:13.45pt;z-index:251678720;mso-wrap-style:square;mso-position-horizontal-relative:page;mso-position-vertical-relative:page" filled="f" stroked="f">
            <v:textbox inset="0,0,0,0">
              <w:txbxContent>
                <w:p w14:paraId="3B8DB649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6" w:lineRule="exact"/>
                  </w:pPr>
                  <w:r>
                    <w:rPr>
                      <w:rFonts w:ascii="Segoe UI Semibold" w:hAnsi="Segoe UI Semibold" w:cs="Segoe UI Semibold"/>
                      <w:color w:val="087B82"/>
                      <w:sz w:val="16"/>
                      <w:szCs w:val="16"/>
                    </w:rPr>
                    <w:t>DATA DEFENDERS  /  CHATGPT</w:t>
                  </w:r>
                </w:p>
              </w:txbxContent>
            </v:textbox>
            <w10:wrap anchorx="page" anchory="page"/>
          </v:shape>
        </w:pict>
      </w:r>
      <w:r>
        <w:pict w14:anchorId="0959C5AB">
          <v:shape id="Text76" o:spid="_x0000_s1059" type="#_x0000_t202" style="position:absolute;margin-left:241.2pt;margin-top:543.95pt;width:255.6pt;height:45.2pt;z-index:251679744;mso-wrap-style:square;mso-position-horizontal-relative:page;mso-position-vertical-relative:page" filled="f" stroked="f">
            <v:textbox inset="0,0,0,0">
              <w:txbxContent>
                <w:p w14:paraId="269380A3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81" w:lineRule="exact"/>
                  </w:pPr>
                  <w:r>
                    <w:rPr>
                      <w:rFonts w:cs="Segoe UI"/>
                      <w:color w:val="345363"/>
                      <w:szCs w:val="20"/>
                    </w:rPr>
                    <w:t>Integrated natural-language threat queries</w:t>
                  </w:r>
                </w:p>
                <w:p w14:paraId="03BAC509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81" w:lineRule="exact"/>
                  </w:pPr>
                  <w:r>
                    <w:rPr>
                      <w:rFonts w:cs="Segoe UI"/>
                      <w:color w:val="345363"/>
                      <w:szCs w:val="20"/>
                    </w:rPr>
                    <w:t>into Azure-based cybersecurity software</w:t>
                  </w:r>
                </w:p>
                <w:p w14:paraId="2F259940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81" w:lineRule="exact"/>
                  </w:pPr>
                  <w:r>
                    <w:rPr>
                      <w:rFonts w:cs="Segoe UI"/>
                      <w:color w:val="345363"/>
                      <w:szCs w:val="20"/>
                    </w:rPr>
                    <w:t>so security analysts can explore live data.</w:t>
                  </w:r>
                </w:p>
              </w:txbxContent>
            </v:textbox>
            <w10:wrap anchorx="page" anchory="page"/>
          </v:shape>
        </w:pict>
      </w:r>
      <w:r>
        <w:pict w14:anchorId="5400E160">
          <v:rect id="CloudIllustration" o:spid="_x0000_s1058" style="position:absolute;margin-left:504.1pt;margin-top:0;width:287.8pt;height:180pt;z-index:251680768;mso-wrap-style:square;mso-position-horizontal-relative:page;mso-position-vertical-relative:page" filled="f" stroked="f">
            <v:imagedata r:id="rId11" o:title="Cloud and AI orchestration illustration"/>
            <w10:wrap anchorx="page" anchory="page"/>
          </v:rect>
        </w:pict>
      </w:r>
      <w:r>
        <w:pict w14:anchorId="40D2F8D1">
          <v:shape id="Text78" o:spid="_x0000_s1057" type="#_x0000_t202" style="position:absolute;margin-left:523.45pt;margin-top:11.25pt;width:263.15pt;height:28.4pt;z-index:251681792;mso-wrap-style:square;mso-position-horizontal-relative:page;mso-position-vertical-relative:page" filled="f" stroked="f">
            <v:textbox inset="0,0,0,0">
              <w:txbxContent>
                <w:p w14:paraId="57B0BC2A" w14:textId="3D110FBC" w:rsidR="007D5FB4" w:rsidRPr="00116CF2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38" w:lineRule="exact"/>
                    <w:rPr>
                      <w:color w:val="FFFFFF" w:themeColor="background1"/>
                    </w:rPr>
                  </w:pPr>
                  <w:r w:rsidRPr="00116CF2">
                    <w:rPr>
                      <w:rFonts w:ascii="Segoe UI Semibold" w:hAnsi="Segoe UI Semibold" w:cs="Segoe UI Semibold"/>
                      <w:color w:val="FFFFFF" w:themeColor="background1"/>
                      <w:sz w:val="19"/>
                      <w:szCs w:val="19"/>
                    </w:rPr>
                    <w:t>Complex Problems?</w:t>
                  </w:r>
                  <w:r w:rsidR="00116CF2" w:rsidRPr="00116CF2">
                    <w:rPr>
                      <w:color w:val="FFFFFF" w:themeColor="background1"/>
                    </w:rPr>
                    <w:t xml:space="preserve">  </w:t>
                  </w:r>
                  <w:r w:rsidRPr="00116CF2">
                    <w:rPr>
                      <w:rFonts w:ascii="Segoe UI Semibold" w:hAnsi="Segoe UI Semibold" w:cs="Segoe UI Semibold"/>
                      <w:color w:val="FFFFFF" w:themeColor="background1"/>
                      <w:sz w:val="19"/>
                      <w:szCs w:val="19"/>
                    </w:rPr>
                    <w:t>I Design Simple Solutions.</w:t>
                  </w:r>
                </w:p>
              </w:txbxContent>
            </v:textbox>
            <w10:wrap anchorx="page" anchory="page"/>
          </v:shape>
        </w:pict>
      </w:r>
      <w:r>
        <w:pict w14:anchorId="78A034B3">
          <v:rect id="Shape79" o:spid="_x0000_s1056" style="position:absolute;margin-left:7in;margin-top:156.6pt;width:4in;height:23.4pt;z-index:251682816;mso-wrap-style:square;mso-position-horizontal-relative:page;mso-position-vertical-relative:page" fillcolor="#0c2b3b" stroked="f">
            <w10:wrap anchorx="page" anchory="page"/>
          </v:rect>
        </w:pict>
      </w:r>
      <w:r>
        <w:pict w14:anchorId="3512C1DF">
          <v:shape id="Text80" o:spid="_x0000_s1055" type="#_x0000_t202" style="position:absolute;margin-left:523.8pt;margin-top:162.5pt;width:262.8pt;height:14.7pt;z-index:251683840;mso-wrap-style:square;mso-position-horizontal-relative:page;mso-position-vertical-relative:page" filled="f" stroked="f">
            <v:textbox inset="0,0,0,0">
              <w:txbxContent>
                <w:p w14:paraId="61E19471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25" w:lineRule="exact"/>
                  </w:pPr>
                  <w:r>
                    <w:rPr>
                      <w:rFonts w:ascii="Segoe UI Semibold" w:hAnsi="Segoe UI Semibold" w:cs="Segoe UI Semibold"/>
                      <w:color w:val="57DFD4"/>
                      <w:sz w:val="17"/>
                      <w:szCs w:val="17"/>
                    </w:rPr>
                    <w:t>Desktop / Web / Mobile / Cloud / AI / Agentic AI Integration</w:t>
                  </w:r>
                </w:p>
              </w:txbxContent>
            </v:textbox>
            <w10:wrap anchorx="page" anchory="page"/>
          </v:shape>
        </w:pict>
      </w:r>
      <w:r>
        <w:pict w14:anchorId="2BA451D1">
          <v:shape id="Text81" o:spid="_x0000_s1054" type="#_x0000_t202" style="position:absolute;margin-left:523.8pt;margin-top:191.1pt;width:262.8pt;height:27.55pt;z-index:251684864;mso-wrap-style:square;mso-position-horizontal-relative:page;mso-position-vertical-relative:page" filled="f" stroked="f">
            <v:textbox inset="0,0,0,0">
              <w:txbxContent>
                <w:p w14:paraId="328787B0" w14:textId="7B80D81E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421" w:lineRule="exact"/>
                  </w:pPr>
                  <w:r>
                    <w:rPr>
                      <w:rFonts w:cs="Segoe UI"/>
                      <w:b/>
                      <w:color w:val="103648"/>
                      <w:sz w:val="32"/>
                      <w:szCs w:val="32"/>
                    </w:rPr>
                    <w:t>Selected Experience</w:t>
                  </w:r>
                  <w:r w:rsidR="000015F4">
                    <w:rPr>
                      <w:rFonts w:cs="Segoe UI"/>
                      <w:b/>
                      <w:color w:val="103648"/>
                      <w:sz w:val="32"/>
                      <w:szCs w:val="32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 w14:anchorId="59E3958B">
          <v:shape id="Path82" o:spid="_x0000_s1053" style="position:absolute;margin-left:0;margin-top:0;width:11in;height:612pt;z-index:251685888;mso-wrap-style:square;mso-position-horizontal-relative:page;mso-position-vertical-relative:page" coordsize="220000,170000" path="m147300,64200r,47200e" filled="f" strokecolor="#d2e3e5" strokeweight="1.08pt">
            <v:stroke endcap="round"/>
            <w10:wrap anchorx="page" anchory="page"/>
          </v:shape>
        </w:pict>
      </w:r>
      <w:r>
        <w:pict w14:anchorId="0AECCE71">
          <v:oval id="Shape83" o:spid="_x0000_s1052" style="position:absolute;margin-left:527.4pt;margin-top:227.9pt;width:5.75pt;height:5.75pt;z-index:251686912;mso-wrap-style:square;mso-position-horizontal-relative:page;mso-position-vertical-relative:page" fillcolor="#0d969d" stroked="f">
            <w10:wrap anchorx="page" anchory="page"/>
          </v:oval>
        </w:pict>
      </w:r>
      <w:r>
        <w:pict w14:anchorId="39B86977">
          <v:shape id="Text84" o:spid="_x0000_s1051" type="#_x0000_t202" style="position:absolute;margin-left:542.5pt;margin-top:221.25pt;width:244.1pt;height:20.8pt;z-index:251687936;mso-wrap-style:square;mso-position-horizontal-relative:page;mso-position-vertical-relative:page" filled="f" stroked="f">
            <v:textbox inset="0,0,0,0">
              <w:txbxContent>
                <w:p w14:paraId="3F16D66A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318" w:lineRule="exact"/>
                  </w:pPr>
                  <w:r>
                    <w:rPr>
                      <w:rFonts w:cs="Segoe UI"/>
                      <w:b/>
                      <w:color w:val="103648"/>
                      <w:sz w:val="24"/>
                      <w:szCs w:val="24"/>
                    </w:rPr>
                    <w:t>Data Defenders</w:t>
                  </w:r>
                </w:p>
              </w:txbxContent>
            </v:textbox>
            <w10:wrap anchorx="page" anchory="page"/>
          </v:shape>
        </w:pict>
      </w:r>
      <w:r>
        <w:pict w14:anchorId="72B2DEB5">
          <v:shape id="Text85" o:spid="_x0000_s1050" type="#_x0000_t202" style="position:absolute;margin-left:542.5pt;margin-top:240.65pt;width:244.1pt;height:13.45pt;z-index:251688960;mso-wrap-style:square;mso-position-horizontal-relative:page;mso-position-vertical-relative:page" filled="f" stroked="f">
            <v:textbox inset="0,0,0,0">
              <w:txbxContent>
                <w:p w14:paraId="45A3CDEC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6" w:lineRule="exact"/>
                  </w:pPr>
                  <w:r>
                    <w:rPr>
                      <w:rFonts w:ascii="Segoe UI Semibold" w:hAnsi="Segoe UI Semibold" w:cs="Segoe UI Semibold"/>
                      <w:color w:val="087B82"/>
                      <w:sz w:val="16"/>
                      <w:szCs w:val="16"/>
                    </w:rPr>
                    <w:t>JUN 2022 – MAR 2026</w:t>
                  </w:r>
                </w:p>
              </w:txbxContent>
            </v:textbox>
            <w10:wrap anchorx="page" anchory="page"/>
          </v:shape>
        </w:pict>
      </w:r>
      <w:r>
        <w:pict w14:anchorId="5316B5D9">
          <v:shape id="Text86" o:spid="_x0000_s1049" type="#_x0000_t202" style="position:absolute;margin-left:542.5pt;margin-top:253.5pt;width:244.1pt;height:15.9pt;z-index:251689984;mso-wrap-style:square;mso-position-horizontal-relative:page;mso-position-vertical-relative:page" filled="f" stroked="f">
            <v:textbox inset="0,0,0,0">
              <w:txbxContent>
                <w:p w14:paraId="3013E81D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43" w:lineRule="exact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9"/>
                      <w:szCs w:val="19"/>
                    </w:rPr>
                    <w:t>Architect / Lead / Senior Developer</w:t>
                  </w:r>
                </w:p>
              </w:txbxContent>
            </v:textbox>
            <w10:wrap anchorx="page" anchory="page"/>
          </v:shape>
        </w:pict>
      </w:r>
      <w:r>
        <w:pict w14:anchorId="294B157C">
          <v:shape id="Text87" o:spid="_x0000_s1048" type="#_x0000_t202" style="position:absolute;margin-left:542.5pt;margin-top:269pt;width:244.1pt;height:41.1pt;z-index:251691008;mso-wrap-style:square;mso-position-horizontal-relative:page;mso-position-vertical-relative:page" filled="f" stroked="f">
            <v:textbox inset="0,0,0,0">
              <w:txbxContent>
                <w:p w14:paraId="065C55D0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52" w:lineRule="exact"/>
                  </w:pPr>
                  <w:r>
                    <w:rPr>
                      <w:rFonts w:cs="Segoe UI"/>
                      <w:color w:val="496572"/>
                      <w:sz w:val="19"/>
                      <w:szCs w:val="19"/>
                    </w:rPr>
                    <w:t>Built Azure cybersecurity software, helped</w:t>
                  </w:r>
                </w:p>
                <w:p w14:paraId="1F54B327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52" w:lineRule="exact"/>
                  </w:pPr>
                  <w:r>
                    <w:rPr>
                      <w:rFonts w:cs="Segoe UI"/>
                      <w:color w:val="496572"/>
                      <w:sz w:val="19"/>
                      <w:szCs w:val="19"/>
                    </w:rPr>
                    <w:t>convert the product to SaaS and integrated</w:t>
                  </w:r>
                </w:p>
                <w:p w14:paraId="0F69A78D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52" w:lineRule="exact"/>
                  </w:pPr>
                  <w:r>
                    <w:rPr>
                      <w:rFonts w:cs="Segoe UI"/>
                      <w:color w:val="496572"/>
                      <w:sz w:val="19"/>
                      <w:szCs w:val="19"/>
                    </w:rPr>
                    <w:t>ChatGPT for natural-language threat queries.</w:t>
                  </w:r>
                </w:p>
              </w:txbxContent>
            </v:textbox>
            <w10:wrap anchorx="page" anchory="page"/>
          </v:shape>
        </w:pict>
      </w:r>
      <w:r>
        <w:pict w14:anchorId="4083ECBF">
          <v:oval id="Shape88" o:spid="_x0000_s1047" style="position:absolute;margin-left:527.4pt;margin-top:324.7pt;width:5.75pt;height:5.75pt;z-index:251692032;mso-wrap-style:square;mso-position-horizontal-relative:page;mso-position-vertical-relative:page" fillcolor="#0d969d" stroked="f">
            <w10:wrap anchorx="page" anchory="page"/>
          </v:oval>
        </w:pict>
      </w:r>
      <w:r>
        <w:pict w14:anchorId="201E25CB">
          <v:shape id="Text89" o:spid="_x0000_s1046" type="#_x0000_t202" style="position:absolute;margin-left:542.5pt;margin-top:318.1pt;width:244.1pt;height:20.8pt;z-index:251693056;mso-wrap-style:square;mso-position-horizontal-relative:page;mso-position-vertical-relative:page" filled="f" stroked="f">
            <v:textbox inset="0,0,0,0">
              <w:txbxContent>
                <w:p w14:paraId="31D4E8EC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318" w:lineRule="exact"/>
                  </w:pPr>
                  <w:r>
                    <w:rPr>
                      <w:rFonts w:cs="Segoe UI"/>
                      <w:b/>
                      <w:color w:val="103648"/>
                      <w:sz w:val="24"/>
                      <w:szCs w:val="24"/>
                    </w:rPr>
                    <w:t>Web Partner Group</w:t>
                  </w:r>
                </w:p>
              </w:txbxContent>
            </v:textbox>
            <w10:wrap anchorx="page" anchory="page"/>
          </v:shape>
        </w:pict>
      </w:r>
      <w:r>
        <w:pict w14:anchorId="3F9C9E62">
          <v:shape id="Text90" o:spid="_x0000_s1045" type="#_x0000_t202" style="position:absolute;margin-left:542.5pt;margin-top:337.5pt;width:244.1pt;height:13.45pt;z-index:251694080;mso-wrap-style:square;mso-position-horizontal-relative:page;mso-position-vertical-relative:page" filled="f" stroked="f">
            <v:textbox inset="0,0,0,0">
              <w:txbxContent>
                <w:p w14:paraId="07F0225C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6" w:lineRule="exact"/>
                  </w:pPr>
                  <w:r>
                    <w:rPr>
                      <w:rFonts w:ascii="Segoe UI Semibold" w:hAnsi="Segoe UI Semibold" w:cs="Segoe UI Semibold"/>
                      <w:color w:val="087B82"/>
                      <w:sz w:val="16"/>
                      <w:szCs w:val="16"/>
                    </w:rPr>
                    <w:t>OCT 2019 – JUN 2022</w:t>
                  </w:r>
                </w:p>
              </w:txbxContent>
            </v:textbox>
            <w10:wrap anchorx="page" anchory="page"/>
          </v:shape>
        </w:pict>
      </w:r>
      <w:r>
        <w:pict w14:anchorId="7674F3EF">
          <v:shape id="Text91" o:spid="_x0000_s1044" type="#_x0000_t202" style="position:absolute;margin-left:542.5pt;margin-top:350.35pt;width:244.1pt;height:15.9pt;z-index:251695104;mso-wrap-style:square;mso-position-horizontal-relative:page;mso-position-vertical-relative:page" filled="f" stroked="f">
            <v:textbox inset="0,0,0,0">
              <w:txbxContent>
                <w:p w14:paraId="439ED574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43" w:lineRule="exact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9"/>
                      <w:szCs w:val="19"/>
                    </w:rPr>
                    <w:t>Architect / Senior Developer</w:t>
                  </w:r>
                </w:p>
              </w:txbxContent>
            </v:textbox>
            <w10:wrap anchorx="page" anchory="page"/>
          </v:shape>
        </w:pict>
      </w:r>
      <w:r>
        <w:pict w14:anchorId="7FBF0BF6">
          <v:shape id="Text92" o:spid="_x0000_s1043" type="#_x0000_t202" style="position:absolute;margin-left:542.5pt;margin-top:365.85pt;width:244.1pt;height:41.1pt;z-index:251696128;mso-wrap-style:square;mso-position-horizontal-relative:page;mso-position-vertical-relative:page" filled="f" stroked="f">
            <v:textbox inset="0,0,0,0">
              <w:txbxContent>
                <w:p w14:paraId="36C6A7CA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52" w:lineRule="exact"/>
                  </w:pPr>
                  <w:r>
                    <w:rPr>
                      <w:rFonts w:cs="Segoe UI"/>
                      <w:color w:val="496572"/>
                      <w:sz w:val="19"/>
                      <w:szCs w:val="19"/>
                    </w:rPr>
                    <w:t>Modernized e-commerce operations software</w:t>
                  </w:r>
                </w:p>
                <w:p w14:paraId="7E1FBFE1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52" w:lineRule="exact"/>
                  </w:pPr>
                  <w:r>
                    <w:rPr>
                      <w:rFonts w:cs="Segoe UI"/>
                      <w:color w:val="496572"/>
                      <w:sz w:val="19"/>
                      <w:szCs w:val="19"/>
                    </w:rPr>
                    <w:t>with ASP.NET Core, Angular, Blazor and</w:t>
                  </w:r>
                </w:p>
                <w:p w14:paraId="2311103A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52" w:lineRule="exact"/>
                  </w:pPr>
                  <w:r>
                    <w:rPr>
                      <w:rFonts w:cs="Segoe UI"/>
                      <w:color w:val="496572"/>
                      <w:sz w:val="19"/>
                      <w:szCs w:val="19"/>
                    </w:rPr>
                    <w:t>SQL Server.</w:t>
                  </w:r>
                </w:p>
              </w:txbxContent>
            </v:textbox>
            <w10:wrap anchorx="page" anchory="page"/>
          </v:shape>
        </w:pict>
      </w:r>
      <w:r>
        <w:pict w14:anchorId="5F3ACB2F">
          <v:shape id="Text93" o:spid="_x0000_s1042" type="#_x0000_t202" style="position:absolute;margin-left:523.8pt;margin-top:424.7pt;width:262.8pt;height:19.6pt;z-index:251697152;mso-wrap-style:square;mso-position-horizontal-relative:page;mso-position-vertical-relative:page" filled="f" stroked="f">
            <v:textbox inset="0,0,0,0">
              <w:txbxContent>
                <w:p w14:paraId="34A07ABC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300" w:lineRule="exact"/>
                  </w:pPr>
                  <w:r>
                    <w:rPr>
                      <w:rFonts w:cs="Segoe UI"/>
                      <w:b/>
                      <w:color w:val="103648"/>
                      <w:sz w:val="23"/>
                      <w:szCs w:val="23"/>
                    </w:rPr>
                    <w:t>Full Stack Development</w:t>
                  </w:r>
                </w:p>
              </w:txbxContent>
            </v:textbox>
            <w10:wrap anchorx="page" anchory="page"/>
          </v:shape>
        </w:pict>
      </w:r>
      <w:r>
        <w:pict w14:anchorId="6D91BCC9">
          <v:roundrect id="Shape94" o:spid="_x0000_s1041" style="position:absolute;margin-left:523.8pt;margin-top:450pt;width:75.6pt;height:41.75pt;z-index:251698176;mso-wrap-style:square;mso-position-horizontal-relative:page;mso-position-vertical-relative:page" arcsize="6781f" fillcolor="#e9f2f3" stroked="f">
            <w10:wrap anchorx="page" anchory="page"/>
          </v:roundrect>
        </w:pict>
      </w:r>
      <w:r>
        <w:pict w14:anchorId="0B046EBF">
          <v:shape id="Text95" o:spid="_x0000_s1040" type="#_x0000_t202" style="position:absolute;margin-left:507.6pt;margin-top:456.7pt;width:108pt;height:12.25pt;z-index:251699200;mso-wrap-style:square;mso-position-horizontal-relative:page;mso-position-vertical-relative:page" filled="f" stroked="f">
            <v:textbox inset="0,0,0,0">
              <w:txbxContent>
                <w:p w14:paraId="5DE9F6AF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187" w:lineRule="exact"/>
                    <w:jc w:val="center"/>
                  </w:pPr>
                  <w:r>
                    <w:rPr>
                      <w:rFonts w:cs="Segoe UI"/>
                      <w:b/>
                      <w:color w:val="087B82"/>
                      <w:sz w:val="14"/>
                      <w:szCs w:val="14"/>
                    </w:rPr>
                    <w:t>INTERFACE</w:t>
                  </w:r>
                </w:p>
              </w:txbxContent>
            </v:textbox>
            <w10:wrap anchorx="page" anchory="page"/>
          </v:shape>
        </w:pict>
      </w:r>
      <w:r>
        <w:pict w14:anchorId="44195573">
          <v:shape id="Text96" o:spid="_x0000_s1039" type="#_x0000_t202" style="position:absolute;margin-left:507.6pt;margin-top:471.45pt;width:108pt;height:12.85pt;z-index:251700224;mso-wrap-style:square;mso-position-horizontal-relative:page;mso-position-vertical-relative:page" filled="f" stroked="f">
            <v:textbox inset="0,0,0,0">
              <w:txbxContent>
                <w:p w14:paraId="490023B1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197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5"/>
                      <w:szCs w:val="15"/>
                    </w:rPr>
                    <w:t>Angular / Blazor</w:t>
                  </w:r>
                </w:p>
              </w:txbxContent>
            </v:textbox>
            <w10:wrap anchorx="page" anchory="page"/>
          </v:shape>
        </w:pict>
      </w:r>
      <w:r>
        <w:pict w14:anchorId="1AF0023C">
          <v:shape id="Path97" o:spid="_x0000_s1038" style="position:absolute;margin-left:0;margin-top:0;width:11in;height:612pt;z-index:251701248;mso-wrap-style:square;mso-position-horizontal-relative:page;mso-position-vertical-relative:page" coordsize="220000,170000" path="m167000,130700r2100,e" filled="f" strokecolor="#0e8b92" strokeweight="1.08pt">
            <v:stroke endcap="round"/>
            <w10:wrap anchorx="page" anchory="page"/>
          </v:shape>
        </w:pict>
      </w:r>
      <w:r>
        <w:pict w14:anchorId="04926907">
          <v:shape id="Path98" o:spid="_x0000_s1037" style="position:absolute;margin-left:0;margin-top:0;width:11in;height:612pt;z-index:251702272;mso-wrap-style:square;mso-position-horizontal-relative:page;mso-position-vertical-relative:page" coordsize="220000,170000" path="m167600,129800r1800,900l167600,131600xe" fillcolor="#0e8b92" stroked="f">
            <w10:wrap anchorx="page" anchory="page"/>
          </v:shape>
        </w:pict>
      </w:r>
      <w:r>
        <w:pict w14:anchorId="7FD3F1FA">
          <v:roundrect id="Shape99" o:spid="_x0000_s1036" style="position:absolute;margin-left:610.55pt;margin-top:450pt;width:75.6pt;height:41.75pt;z-index:251703296;mso-wrap-style:square;mso-position-horizontal-relative:page;mso-position-vertical-relative:page" arcsize="6781f" fillcolor="#e9f2f3" stroked="f">
            <w10:wrap anchorx="page" anchory="page"/>
          </v:roundrect>
        </w:pict>
      </w:r>
      <w:r>
        <w:pict w14:anchorId="00F70C1E">
          <v:shape id="Text100" o:spid="_x0000_s1035" type="#_x0000_t202" style="position:absolute;margin-left:594.35pt;margin-top:456.7pt;width:108pt;height:12.25pt;z-index:251704320;mso-wrap-style:square;mso-position-horizontal-relative:page;mso-position-vertical-relative:page" filled="f" stroked="f">
            <v:textbox inset="0,0,0,0">
              <w:txbxContent>
                <w:p w14:paraId="5B7270A4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187" w:lineRule="exact"/>
                    <w:jc w:val="center"/>
                  </w:pPr>
                  <w:r>
                    <w:rPr>
                      <w:rFonts w:cs="Segoe UI"/>
                      <w:b/>
                      <w:color w:val="087B82"/>
                      <w:sz w:val="14"/>
                      <w:szCs w:val="14"/>
                    </w:rPr>
                    <w:t>APPLICATION</w:t>
                  </w:r>
                </w:p>
              </w:txbxContent>
            </v:textbox>
            <w10:wrap anchorx="page" anchory="page"/>
          </v:shape>
        </w:pict>
      </w:r>
      <w:r>
        <w:pict w14:anchorId="20989DF6">
          <v:shape id="Text101" o:spid="_x0000_s1034" type="#_x0000_t202" style="position:absolute;margin-left:594.35pt;margin-top:471.45pt;width:108pt;height:12.85pt;z-index:251705344;mso-wrap-style:square;mso-position-horizontal-relative:page;mso-position-vertical-relative:page" filled="f" stroked="f">
            <v:textbox inset="0,0,0,0">
              <w:txbxContent>
                <w:p w14:paraId="623C0336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197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5"/>
                      <w:szCs w:val="15"/>
                    </w:rPr>
                    <w:t>.NET / C#</w:t>
                  </w:r>
                </w:p>
              </w:txbxContent>
            </v:textbox>
            <w10:wrap anchorx="page" anchory="page"/>
          </v:shape>
        </w:pict>
      </w:r>
      <w:r>
        <w:pict w14:anchorId="19F0AFA7">
          <v:shape id="Path102" o:spid="_x0000_s1033" style="position:absolute;margin-left:0;margin-top:0;width:11in;height:612pt;z-index:251706368;mso-wrap-style:square;mso-position-horizontal-relative:page;mso-position-vertical-relative:page" coordsize="220000,170000" path="m191100,130700r2100,e" filled="f" strokecolor="#0e8b92" strokeweight="1.08pt">
            <v:stroke endcap="round"/>
            <w10:wrap anchorx="page" anchory="page"/>
          </v:shape>
        </w:pict>
      </w:r>
      <w:r>
        <w:pict w14:anchorId="418F4B02">
          <v:shape id="Path103" o:spid="_x0000_s1032" style="position:absolute;margin-left:0;margin-top:0;width:11in;height:612pt;z-index:251707392;mso-wrap-style:square;mso-position-horizontal-relative:page;mso-position-vertical-relative:page" coordsize="220000,170000" path="m191700,129800r1800,900l191700,131600xe" fillcolor="#0e8b92" stroked="f">
            <w10:wrap anchorx="page" anchory="page"/>
          </v:shape>
        </w:pict>
      </w:r>
      <w:r>
        <w:pict w14:anchorId="313D69CD">
          <v:roundrect id="Shape104" o:spid="_x0000_s1031" style="position:absolute;margin-left:697.3pt;margin-top:450pt;width:75.6pt;height:41.75pt;z-index:251708416;mso-wrap-style:square;mso-position-horizontal-relative:page;mso-position-vertical-relative:page" arcsize="6781f" fillcolor="#e9f2f3" stroked="f">
            <w10:wrap anchorx="page" anchory="page"/>
          </v:roundrect>
        </w:pict>
      </w:r>
      <w:r>
        <w:pict w14:anchorId="1C10A601">
          <v:shape id="Text105" o:spid="_x0000_s1030" type="#_x0000_t202" style="position:absolute;margin-left:681.1pt;margin-top:456.7pt;width:108pt;height:12.25pt;z-index:251709440;mso-wrap-style:square;mso-position-horizontal-relative:page;mso-position-vertical-relative:page" filled="f" stroked="f">
            <v:textbox inset="0,0,0,0">
              <w:txbxContent>
                <w:p w14:paraId="3A98B962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187" w:lineRule="exact"/>
                    <w:jc w:val="center"/>
                  </w:pPr>
                  <w:r>
                    <w:rPr>
                      <w:rFonts w:cs="Segoe UI"/>
                      <w:b/>
                      <w:color w:val="087B82"/>
                      <w:sz w:val="14"/>
                      <w:szCs w:val="14"/>
                    </w:rPr>
                    <w:t>DATA</w:t>
                  </w:r>
                </w:p>
              </w:txbxContent>
            </v:textbox>
            <w10:wrap anchorx="page" anchory="page"/>
          </v:shape>
        </w:pict>
      </w:r>
      <w:r>
        <w:pict w14:anchorId="45BD479C">
          <v:shape id="Text106" o:spid="_x0000_s1029" type="#_x0000_t202" style="position:absolute;margin-left:681.1pt;margin-top:471.45pt;width:108pt;height:12.85pt;z-index:251710464;mso-wrap-style:square;mso-position-horizontal-relative:page;mso-position-vertical-relative:page" filled="f" stroked="f">
            <v:textbox inset="0,0,0,0">
              <w:txbxContent>
                <w:p w14:paraId="52211BAC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197" w:lineRule="exact"/>
                    <w:jc w:val="center"/>
                  </w:pPr>
                  <w:r>
                    <w:rPr>
                      <w:rFonts w:ascii="Segoe UI Semibold" w:hAnsi="Segoe UI Semibold" w:cs="Segoe UI Semibold"/>
                      <w:color w:val="103648"/>
                      <w:sz w:val="15"/>
                      <w:szCs w:val="15"/>
                    </w:rPr>
                    <w:t>SQL Server / Azure</w:t>
                  </w:r>
                </w:p>
              </w:txbxContent>
            </v:textbox>
            <w10:wrap anchorx="page" anchory="page"/>
          </v:shape>
        </w:pict>
      </w:r>
      <w:r>
        <w:pict w14:anchorId="0970FDF2">
          <v:rect id="Shape107" o:spid="_x0000_s1028" style="position:absolute;margin-left:7in;margin-top:513.7pt;width:4in;height:98.3pt;z-index:251711488;mso-wrap-style:square;mso-position-horizontal-relative:page;mso-position-vertical-relative:page" fillcolor="#0c2b3b" stroked="f">
            <w10:wrap anchorx="page" anchory="page"/>
          </v:rect>
        </w:pict>
      </w:r>
      <w:r>
        <w:pict w14:anchorId="4ECAF153">
          <v:shape id="Text108" o:spid="_x0000_s1027" type="#_x0000_t202" style="position:absolute;margin-left:523.8pt;margin-top:522.15pt;width:262.8pt;height:14.1pt;z-index:251712512;mso-wrap-style:square;mso-position-horizontal-relative:page;mso-position-vertical-relative:page" filled="f" stroked="f">
            <v:textbox inset="0,0,0,0">
              <w:txbxContent>
                <w:p w14:paraId="480D7AF5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15" w:lineRule="exact"/>
                  </w:pPr>
                  <w:r>
                    <w:rPr>
                      <w:rFonts w:cs="Segoe UI"/>
                      <w:b/>
                      <w:color w:val="57DFD4"/>
                      <w:sz w:val="17"/>
                      <w:szCs w:val="17"/>
                    </w:rPr>
                    <w:t>SELECTED CERTIFICATIONS</w:t>
                  </w:r>
                </w:p>
              </w:txbxContent>
            </v:textbox>
            <w10:wrap anchorx="page" anchory="page"/>
          </v:shape>
        </w:pict>
      </w:r>
      <w:r>
        <w:pict w14:anchorId="5A98D0C5">
          <v:shape id="Text109" o:spid="_x0000_s1026" type="#_x0000_t202" style="position:absolute;margin-left:523.8pt;margin-top:538.75pt;width:262.8pt;height:66.9pt;z-index:251713536;mso-wrap-style:square;mso-position-horizontal-relative:page;mso-position-vertical-relative:page" filled="f" stroked="f">
            <v:textbox inset="0,0,0,0">
              <w:txbxContent>
                <w:p w14:paraId="661AE8C6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</w:pPr>
                  <w:r>
                    <w:rPr>
                      <w:rFonts w:cs="Segoe UI"/>
                      <w:color w:val="E5F3F5"/>
                      <w:sz w:val="17"/>
                      <w:szCs w:val="17"/>
                    </w:rPr>
                    <w:t>Microsoft Certified Professional Developer (MCPD)</w:t>
                  </w:r>
                </w:p>
                <w:p w14:paraId="3160D843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</w:pPr>
                  <w:r>
                    <w:rPr>
                      <w:rFonts w:cs="Segoe UI"/>
                      <w:color w:val="E5F3F5"/>
                      <w:sz w:val="17"/>
                      <w:szCs w:val="17"/>
                    </w:rPr>
                    <w:t>Azure AI Engineer (AI-102)</w:t>
                  </w:r>
                </w:p>
                <w:p w14:paraId="6B553E21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</w:pPr>
                  <w:r>
                    <w:rPr>
                      <w:rFonts w:cs="Segoe UI"/>
                      <w:color w:val="E5F3F5"/>
                      <w:sz w:val="17"/>
                      <w:szCs w:val="17"/>
                    </w:rPr>
                    <w:t>Azure Fundamentals (AZ-900)</w:t>
                  </w:r>
                </w:p>
                <w:p w14:paraId="403D763E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</w:pPr>
                  <w:r>
                    <w:rPr>
                      <w:rFonts w:cs="Segoe UI"/>
                      <w:color w:val="E5F3F5"/>
                      <w:sz w:val="17"/>
                      <w:szCs w:val="17"/>
                    </w:rPr>
                    <w:t>Azure AI Fundamentals (AI-900)</w:t>
                  </w:r>
                </w:p>
                <w:p w14:paraId="10EE04EA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</w:pPr>
                  <w:r>
                    <w:rPr>
                      <w:rFonts w:cs="Segoe UI"/>
                      <w:color w:val="E5F3F5"/>
                      <w:sz w:val="17"/>
                      <w:szCs w:val="17"/>
                    </w:rPr>
                    <w:t>Azure Data Fundamentals (DP-900)</w:t>
                  </w:r>
                </w:p>
                <w:p w14:paraId="163F3710" w14:textId="77777777" w:rsidR="007D5FB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</w:pBdr>
                    <w:spacing w:line="209" w:lineRule="exact"/>
                  </w:pPr>
                  <w:r>
                    <w:rPr>
                      <w:rFonts w:cs="Segoe UI"/>
                      <w:color w:val="E5F3F5"/>
                      <w:sz w:val="17"/>
                      <w:szCs w:val="17"/>
                    </w:rPr>
                    <w:t>Certified Scrum Master (CSM)</w:t>
                  </w:r>
                </w:p>
              </w:txbxContent>
            </v:textbox>
            <w10:wrap anchorx="page" anchory="page"/>
          </v:shape>
        </w:pict>
      </w:r>
    </w:p>
    <w:sectPr w:rsidR="007D5FB4" w:rsidSect="00034616">
      <w:pgSz w:w="15840" w:h="1224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033011">
    <w:abstractNumId w:val="8"/>
  </w:num>
  <w:num w:numId="2" w16cid:durableId="2038312952">
    <w:abstractNumId w:val="6"/>
  </w:num>
  <w:num w:numId="3" w16cid:durableId="1754086221">
    <w:abstractNumId w:val="5"/>
  </w:num>
  <w:num w:numId="4" w16cid:durableId="259071450">
    <w:abstractNumId w:val="4"/>
  </w:num>
  <w:num w:numId="5" w16cid:durableId="278223311">
    <w:abstractNumId w:val="7"/>
  </w:num>
  <w:num w:numId="6" w16cid:durableId="1210413180">
    <w:abstractNumId w:val="3"/>
  </w:num>
  <w:num w:numId="7" w16cid:durableId="1830056517">
    <w:abstractNumId w:val="2"/>
  </w:num>
  <w:num w:numId="8" w16cid:durableId="171995463">
    <w:abstractNumId w:val="1"/>
  </w:num>
  <w:num w:numId="9" w16cid:durableId="183129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5F4"/>
    <w:rsid w:val="00034616"/>
    <w:rsid w:val="0006063C"/>
    <w:rsid w:val="00116CF2"/>
    <w:rsid w:val="0015074B"/>
    <w:rsid w:val="0029639D"/>
    <w:rsid w:val="00326F90"/>
    <w:rsid w:val="003E2FF2"/>
    <w:rsid w:val="004C4DFB"/>
    <w:rsid w:val="00764B7E"/>
    <w:rsid w:val="007D5FB4"/>
    <w:rsid w:val="00A231DE"/>
    <w:rsid w:val="00AA1D8D"/>
    <w:rsid w:val="00B47730"/>
    <w:rsid w:val="00BA6F8B"/>
    <w:rsid w:val="00C7392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36"/>
    <o:shapelayout v:ext="edit">
      <o:idmap v:ext="edit" data="1"/>
    </o:shapelayout>
  </w:shapeDefaults>
  <w:decimalSymbol w:val="."/>
  <w:listSeparator w:val=","/>
  <w14:docId w14:val="293B53EC"/>
  <w14:defaultImageDpi w14:val="300"/>
  <w15:docId w15:val="{B434EF9F-0990-4D23-BC78-794CDC24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hAnsi="Segoe U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cioc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louiery@sincioco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github.com/sincioco/pmt" TargetMode="External"/><Relationship Id="rId4" Type="http://schemas.openxmlformats.org/officeDocument/2006/relationships/settings" Target="settings.xml"/><Relationship Id="rId9" Type="http://schemas.openxmlformats.org/officeDocument/2006/relationships/hyperlink" Target="tel:+639662304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Louiery Sincioco Brochure Resume</dc:title>
  <dc:subject>Software Engineer and Agentic AI Engineer</dc:subject>
  <dc:creator>Louiery Sincioco</dc:creator>
  <cp:keywords>.NET, C#, Angular, SQL Server, Azure, AI, Agentic AI</cp:keywords>
  <dc:description/>
  <cp:lastModifiedBy>Louiery Sincioco</cp:lastModifiedBy>
  <cp:revision>6</cp:revision>
  <dcterms:created xsi:type="dcterms:W3CDTF">2013-12-23T23:15:00Z</dcterms:created>
  <dcterms:modified xsi:type="dcterms:W3CDTF">2026-10-20T15:09:00Z</dcterms:modified>
  <cp:category/>
</cp:coreProperties>
</file>